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DMCTitle"/>
        <w:jc w:val="center"/>
      </w:pPr>
      <w:r>
        <w:t>DENMARK MEDICAL CENTRE</w:t>
      </w:r>
    </w:p>
    <w:p>
      <w:pPr>
        <w:pStyle w:val="DMCSubtitle"/>
        <w:jc w:val="center"/>
      </w:pPr>
      <w:r>
        <w:rPr>
          <w:b/>
          <w:color w:val="0089A0"/>
        </w:rPr>
        <w:t>NEW PATIENT REGISTRATION &amp; PRIVACY CONSENT</w:t>
      </w:r>
    </w:p>
    <w:p>
      <w:pPr>
        <w:spacing w:after="60"/>
        <w:jc w:val="center"/>
      </w:pPr>
      <w:r>
        <w:rPr>
          <w:rFonts w:ascii="Arial" w:hAnsi="Arial"/>
          <w:sz w:val="14"/>
        </w:rPr>
        <w:t>Unit 3/3 Mount Shadforth Road, Denmark WA 6333  |  (08) 9848 4111  |  admin@denmarkmedicalcentre.com.au</w:t>
      </w:r>
    </w:p>
    <w:tbl>
      <w:tblPr>
        <w:tblW w:type="auto" w:w="0"/>
        <w:jc w:val="center"/>
        <w:tblLook w:firstColumn="1" w:firstRow="1" w:lastColumn="0" w:lastRow="0" w:noHBand="0" w:noVBand="1" w:val="04A0"/>
        <w:tblBorders>
          <w:top w:val="single" w:sz="4" w:space="0" w:color="A7C4CF"/>
          <w:left w:val="single" w:sz="4" w:space="0" w:color="A7C4CF"/>
          <w:bottom w:val="single" w:sz="4" w:space="0" w:color="A7C4CF"/>
          <w:right w:val="single" w:sz="4" w:space="0" w:color="A7C4CF"/>
          <w:insideH w:val="single" w:sz="4" w:space="0" w:color="A7C4CF"/>
          <w:insideV w:val="single" w:sz="4" w:space="0" w:color="A7C4CF"/>
        </w:tblBorders>
      </w:tblPr>
      <w:tblGrid>
        <w:gridCol w:w="10656"/>
      </w:tblGrid>
      <w:tr>
        <w:tc>
          <w:tcPr>
            <w:tcW w:type="dxa" w:w="10656"/>
            <w:shd w:fill="EAF3F6"/>
            <w:vAlign w:val="center"/>
            <w:tcMar>
              <w:top w:w="42" w:type="dxa"/>
              <w:start w:w="65" w:type="dxa"/>
              <w:bottom w:w="42" w:type="dxa"/>
              <w:end w:w="65" w:type="dxa"/>
            </w:tcMar>
          </w:tcPr>
          <w:p>
            <w:pPr>
              <w:spacing w:after="0" w:before="0"/>
            </w:pPr>
            <w:r/>
            <w:r>
              <w:rPr>
                <w:rFonts w:ascii="Arial" w:hAnsi="Arial"/>
                <w:b/>
                <w:color w:val="1F4E79"/>
                <w:sz w:val="19"/>
              </w:rPr>
              <w:t>PATIENT DETAILS</w:t>
            </w:r>
          </w:p>
        </w:tc>
      </w:tr>
    </w:tbl>
    <w:p>
      <w:pPr>
        <w:spacing w:after="0" w:before="0"/>
      </w:pPr>
    </w:p>
    <w:tbl>
      <w:tblPr>
        <w:tblW w:type="auto" w:w="0"/>
        <w:jc w:val="center"/>
        <w:tblLayout w:type="fixed"/>
        <w:tblLook w:firstColumn="1" w:firstRow="1" w:lastColumn="0" w:lastRow="0" w:noHBand="0" w:noVBand="1" w:val="04A0"/>
        <w:tblBorders>
          <w:top w:val="single" w:sz="5" w:space="0" w:color="B9C7CE"/>
          <w:left w:val="single" w:sz="5" w:space="0" w:color="B9C7CE"/>
          <w:bottom w:val="single" w:sz="5" w:space="0" w:color="B9C7CE"/>
          <w:right w:val="single" w:sz="5" w:space="0" w:color="B9C7CE"/>
          <w:insideH w:val="single" w:sz="5" w:space="0" w:color="B9C7CE"/>
          <w:insideV w:val="single" w:sz="5" w:space="0" w:color="B9C7CE"/>
        </w:tblBorders>
      </w:tblPr>
      <w:tblGrid>
        <w:gridCol w:w="3552"/>
        <w:gridCol w:w="3552"/>
        <w:gridCol w:w="3552"/>
      </w:tblGrid>
      <w:tr>
        <w:tc>
          <w:tcPr>
            <w:tcW w:type="dxa" w:w="3168"/>
            <w:vAlign w:val="center"/>
            <w:tcMar>
              <w:top w:w="42" w:type="dxa"/>
              <w:start w:w="65" w:type="dxa"/>
              <w:bottom w:w="42" w:type="dxa"/>
              <w:end w:w="65" w:type="dxa"/>
            </w:tcMar>
          </w:tcPr>
          <w:p>
            <w:pPr>
              <w:spacing w:after="0" w:before="0"/>
            </w:pPr>
            <w:r/>
            <w:r>
              <w:rPr>
                <w:rFonts w:ascii="Arial" w:hAnsi="Arial"/>
                <w:b w:val="0"/>
                <w:color w:val="282828"/>
                <w:sz w:val="17"/>
              </w:rPr>
              <w:t>Title: __________________</w:t>
            </w:r>
          </w:p>
        </w:tc>
        <w:tc>
          <w:tcPr>
            <w:tcW w:type="dxa" w:w="3888"/>
            <w:vAlign w:val="center"/>
            <w:tcMar>
              <w:top w:w="42" w:type="dxa"/>
              <w:start w:w="65" w:type="dxa"/>
              <w:bottom w:w="42" w:type="dxa"/>
              <w:end w:w="65" w:type="dxa"/>
            </w:tcMar>
          </w:tcPr>
          <w:p>
            <w:pPr>
              <w:spacing w:after="0" w:before="0"/>
            </w:pPr>
            <w:r/>
            <w:r>
              <w:rPr>
                <w:rFonts w:ascii="Arial" w:hAnsi="Arial"/>
                <w:b w:val="0"/>
                <w:color w:val="282828"/>
                <w:sz w:val="17"/>
              </w:rPr>
              <w:t>Given name: ______________________________</w:t>
            </w:r>
          </w:p>
        </w:tc>
        <w:tc>
          <w:tcPr>
            <w:tcW w:type="dxa" w:w="3888"/>
            <w:vAlign w:val="center"/>
            <w:tcMar>
              <w:top w:w="42" w:type="dxa"/>
              <w:start w:w="65" w:type="dxa"/>
              <w:bottom w:w="42" w:type="dxa"/>
              <w:end w:w="65" w:type="dxa"/>
            </w:tcMar>
          </w:tcPr>
          <w:p>
            <w:pPr>
              <w:spacing w:after="0" w:before="0"/>
            </w:pPr>
            <w:r/>
            <w:r>
              <w:rPr>
                <w:rFonts w:ascii="Arial" w:hAnsi="Arial"/>
                <w:b w:val="0"/>
                <w:color w:val="282828"/>
                <w:sz w:val="17"/>
              </w:rPr>
              <w:t>Middle name: __________________________</w:t>
            </w:r>
          </w:p>
        </w:tc>
      </w:tr>
      <w:tr>
        <w:tc>
          <w:tcPr>
            <w:tcW w:type="dxa" w:w="3168"/>
            <w:vAlign w:val="center"/>
            <w:tcMar>
              <w:top w:w="42" w:type="dxa"/>
              <w:start w:w="65" w:type="dxa"/>
              <w:bottom w:w="42" w:type="dxa"/>
              <w:end w:w="65" w:type="dxa"/>
            </w:tcMar>
          </w:tcPr>
          <w:p>
            <w:pPr>
              <w:spacing w:after="0" w:before="0"/>
            </w:pPr>
            <w:r/>
            <w:r>
              <w:rPr>
                <w:rFonts w:ascii="Arial" w:hAnsi="Arial"/>
                <w:b w:val="0"/>
                <w:color w:val="282828"/>
                <w:sz w:val="17"/>
              </w:rPr>
              <w:t>Surname: ______________________________</w:t>
            </w:r>
          </w:p>
        </w:tc>
        <w:tc>
          <w:tcPr>
            <w:tcW w:type="dxa" w:w="3888"/>
            <w:vAlign w:val="center"/>
            <w:tcMar>
              <w:top w:w="42" w:type="dxa"/>
              <w:start w:w="65" w:type="dxa"/>
              <w:bottom w:w="42" w:type="dxa"/>
              <w:end w:w="65" w:type="dxa"/>
            </w:tcMar>
          </w:tcPr>
          <w:p>
            <w:pPr>
              <w:spacing w:after="0" w:before="0"/>
            </w:pPr>
            <w:r/>
            <w:r>
              <w:rPr>
                <w:rFonts w:ascii="Arial" w:hAnsi="Arial"/>
                <w:b w:val="0"/>
                <w:color w:val="282828"/>
                <w:sz w:val="17"/>
              </w:rPr>
              <w:t>Known as: _______________________________</w:t>
            </w:r>
          </w:p>
        </w:tc>
        <w:tc>
          <w:tcPr>
            <w:tcW w:type="dxa" w:w="3888"/>
            <w:vAlign w:val="center"/>
            <w:tcMar>
              <w:top w:w="42" w:type="dxa"/>
              <w:start w:w="65" w:type="dxa"/>
              <w:bottom w:w="42" w:type="dxa"/>
              <w:end w:w="65" w:type="dxa"/>
            </w:tcMar>
          </w:tcPr>
          <w:p>
            <w:pPr>
              <w:spacing w:after="0" w:before="0"/>
            </w:pPr>
            <w:r/>
            <w:r>
              <w:rPr>
                <w:rFonts w:ascii="Arial" w:hAnsi="Arial"/>
                <w:b w:val="0"/>
                <w:color w:val="282828"/>
                <w:sz w:val="17"/>
              </w:rPr>
              <w:t>Date of birth: ____ / ____ / ______</w:t>
            </w:r>
          </w:p>
        </w:tc>
      </w:tr>
      <w:tr>
        <w:tc>
          <w:tcPr>
            <w:tcW w:type="dxa" w:w="7056"/>
            <w:vAlign w:val="center"/>
            <w:gridSpan w:val="2"/>
            <w:tcMar>
              <w:top w:w="42" w:type="dxa"/>
              <w:start w:w="65" w:type="dxa"/>
              <w:bottom w:w="42" w:type="dxa"/>
              <w:end w:w="65" w:type="dxa"/>
            </w:tcMar>
          </w:tcPr>
          <w:p>
            <w:pPr>
              <w:spacing w:after="0" w:before="0"/>
            </w:pPr>
            <w:r/>
            <w:r>
              <w:rPr>
                <w:rFonts w:ascii="Arial" w:hAnsi="Arial"/>
                <w:b w:val="0"/>
                <w:color w:val="282828"/>
                <w:sz w:val="17"/>
              </w:rPr>
              <w:t>Sex:  ☐ Female   ☐ Male   ☐ Intersex / another term   ☐ Prefer not to say</w:t>
            </w:r>
          </w:p>
        </w:tc>
        <w:tc>
          <w:tcPr>
            <w:tcW w:type="dxa" w:w="3888"/>
            <w:vAlign w:val="center"/>
            <w:tcMar>
              <w:top w:w="42" w:type="dxa"/>
              <w:start w:w="65" w:type="dxa"/>
              <w:bottom w:w="42" w:type="dxa"/>
              <w:end w:w="65" w:type="dxa"/>
            </w:tcMar>
          </w:tcPr>
          <w:p>
            <w:pPr>
              <w:spacing w:after="0" w:before="0"/>
            </w:pPr>
            <w:r/>
            <w:r>
              <w:rPr>
                <w:rFonts w:ascii="Arial" w:hAnsi="Arial"/>
                <w:b w:val="0"/>
                <w:color w:val="282828"/>
                <w:sz w:val="17"/>
              </w:rPr>
              <w:t>Gender identity (optional): ____________________</w:t>
            </w:r>
          </w:p>
        </w:tc>
      </w:tr>
    </w:tbl>
    <w:p>
      <w:pPr>
        <w:spacing w:after="0"/>
      </w:pPr>
    </w:p>
    <w:tbl>
      <w:tblPr>
        <w:tblW w:type="auto" w:w="0"/>
        <w:jc w:val="center"/>
        <w:tblLook w:firstColumn="1" w:firstRow="1" w:lastColumn="0" w:lastRow="0" w:noHBand="0" w:noVBand="1" w:val="04A0"/>
        <w:tblBorders>
          <w:top w:val="single" w:sz="4" w:space="0" w:color="A7C4CF"/>
          <w:left w:val="single" w:sz="4" w:space="0" w:color="A7C4CF"/>
          <w:bottom w:val="single" w:sz="4" w:space="0" w:color="A7C4CF"/>
          <w:right w:val="single" w:sz="4" w:space="0" w:color="A7C4CF"/>
          <w:insideH w:val="single" w:sz="4" w:space="0" w:color="A7C4CF"/>
          <w:insideV w:val="single" w:sz="4" w:space="0" w:color="A7C4CF"/>
        </w:tblBorders>
      </w:tblPr>
      <w:tblGrid>
        <w:gridCol w:w="10656"/>
      </w:tblGrid>
      <w:tr>
        <w:tc>
          <w:tcPr>
            <w:tcW w:type="dxa" w:w="10656"/>
            <w:shd w:fill="EAF3F6"/>
            <w:vAlign w:val="center"/>
            <w:tcMar>
              <w:top w:w="42" w:type="dxa"/>
              <w:start w:w="65" w:type="dxa"/>
              <w:bottom w:w="42" w:type="dxa"/>
              <w:end w:w="65" w:type="dxa"/>
            </w:tcMar>
          </w:tcPr>
          <w:p>
            <w:pPr>
              <w:spacing w:after="0" w:before="0"/>
            </w:pPr>
            <w:r/>
            <w:r>
              <w:rPr>
                <w:rFonts w:ascii="Arial" w:hAnsi="Arial"/>
                <w:b/>
                <w:color w:val="1F4E79"/>
                <w:sz w:val="19"/>
              </w:rPr>
              <w:t>MEDICARE, CONCESSION &amp; BILLING DETAILS</w:t>
            </w:r>
          </w:p>
        </w:tc>
      </w:tr>
    </w:tbl>
    <w:p>
      <w:pPr>
        <w:spacing w:after="0" w:before="0"/>
      </w:pPr>
    </w:p>
    <w:tbl>
      <w:tblPr>
        <w:tblW w:type="auto" w:w="0"/>
        <w:jc w:val="center"/>
        <w:tblLayout w:type="fixed"/>
        <w:tblLook w:firstColumn="1" w:firstRow="1" w:lastColumn="0" w:lastRow="0" w:noHBand="0" w:noVBand="1" w:val="04A0"/>
        <w:tblBorders>
          <w:top w:val="single" w:sz="5" w:space="0" w:color="B9C7CE"/>
          <w:left w:val="single" w:sz="5" w:space="0" w:color="B9C7CE"/>
          <w:bottom w:val="single" w:sz="5" w:space="0" w:color="B9C7CE"/>
          <w:right w:val="single" w:sz="5" w:space="0" w:color="B9C7CE"/>
          <w:insideH w:val="single" w:sz="5" w:space="0" w:color="B9C7CE"/>
          <w:insideV w:val="single" w:sz="5" w:space="0" w:color="B9C7CE"/>
        </w:tblBorders>
      </w:tblPr>
      <w:tblGrid>
        <w:gridCol w:w="3552"/>
        <w:gridCol w:w="3552"/>
        <w:gridCol w:w="3552"/>
      </w:tblGrid>
      <w:tr>
        <w:tc>
          <w:tcPr>
            <w:tcW w:type="dxa" w:w="5040"/>
            <w:vAlign w:val="center"/>
            <w:tcMar>
              <w:top w:w="42" w:type="dxa"/>
              <w:start w:w="65" w:type="dxa"/>
              <w:bottom w:w="42" w:type="dxa"/>
              <w:end w:w="65" w:type="dxa"/>
            </w:tcMar>
          </w:tcPr>
          <w:p>
            <w:pPr>
              <w:spacing w:after="0" w:before="0"/>
            </w:pPr>
            <w:r/>
            <w:r>
              <w:rPr>
                <w:rFonts w:ascii="Arial" w:hAnsi="Arial"/>
                <w:b w:val="0"/>
                <w:color w:val="282828"/>
                <w:sz w:val="17"/>
              </w:rPr>
              <w:t>Medicare no: ______________________________</w:t>
            </w:r>
          </w:p>
        </w:tc>
        <w:tc>
          <w:tcPr>
            <w:tcW w:type="dxa" w:w="2160"/>
            <w:vAlign w:val="center"/>
            <w:tcMar>
              <w:top w:w="42" w:type="dxa"/>
              <w:start w:w="65" w:type="dxa"/>
              <w:bottom w:w="42" w:type="dxa"/>
              <w:end w:w="65" w:type="dxa"/>
            </w:tcMar>
          </w:tcPr>
          <w:p>
            <w:pPr>
              <w:spacing w:after="0" w:before="0"/>
            </w:pPr>
            <w:r/>
            <w:r>
              <w:rPr>
                <w:rFonts w:ascii="Arial" w:hAnsi="Arial"/>
                <w:b w:val="0"/>
                <w:color w:val="282828"/>
                <w:sz w:val="17"/>
              </w:rPr>
              <w:t>Ref: ______</w:t>
            </w:r>
          </w:p>
        </w:tc>
        <w:tc>
          <w:tcPr>
            <w:tcW w:type="dxa" w:w="3744"/>
            <w:vAlign w:val="center"/>
            <w:tcMar>
              <w:top w:w="42" w:type="dxa"/>
              <w:start w:w="65" w:type="dxa"/>
              <w:bottom w:w="42" w:type="dxa"/>
              <w:end w:w="65" w:type="dxa"/>
            </w:tcMar>
          </w:tcPr>
          <w:p>
            <w:pPr>
              <w:spacing w:after="0" w:before="0"/>
            </w:pPr>
            <w:r/>
            <w:r>
              <w:rPr>
                <w:rFonts w:ascii="Arial" w:hAnsi="Arial"/>
                <w:b w:val="0"/>
                <w:color w:val="282828"/>
                <w:sz w:val="17"/>
              </w:rPr>
              <w:t>Expiry: ____ / ______</w:t>
            </w:r>
          </w:p>
        </w:tc>
      </w:tr>
      <w:tr>
        <w:tc>
          <w:tcPr>
            <w:tcW w:type="dxa" w:w="5040"/>
            <w:vAlign w:val="center"/>
            <w:tcMar>
              <w:top w:w="42" w:type="dxa"/>
              <w:start w:w="65" w:type="dxa"/>
              <w:bottom w:w="42" w:type="dxa"/>
              <w:end w:w="65" w:type="dxa"/>
            </w:tcMar>
          </w:tcPr>
          <w:p>
            <w:pPr>
              <w:spacing w:after="0" w:before="0"/>
            </w:pPr>
            <w:r/>
            <w:r>
              <w:rPr>
                <w:rFonts w:ascii="Arial" w:hAnsi="Arial"/>
                <w:b w:val="0"/>
                <w:color w:val="282828"/>
                <w:sz w:val="17"/>
              </w:rPr>
              <w:t>Pension / Health Care Card no: __________________________</w:t>
            </w:r>
          </w:p>
        </w:tc>
        <w:tc>
          <w:tcPr>
            <w:tcW w:type="dxa" w:w="2160"/>
            <w:vAlign w:val="center"/>
            <w:tcMar>
              <w:top w:w="42" w:type="dxa"/>
              <w:start w:w="65" w:type="dxa"/>
              <w:bottom w:w="42" w:type="dxa"/>
              <w:end w:w="65" w:type="dxa"/>
            </w:tcMar>
          </w:tcPr>
          <w:p>
            <w:pPr>
              <w:spacing w:after="0" w:before="0"/>
            </w:pPr>
            <w:r/>
            <w:r>
              <w:rPr>
                <w:rFonts w:ascii="Arial" w:hAnsi="Arial"/>
                <w:b w:val="0"/>
                <w:color w:val="282828"/>
                <w:sz w:val="17"/>
              </w:rPr>
              <w:t>Expiry: ____ / ______</w:t>
            </w:r>
          </w:p>
        </w:tc>
        <w:tc>
          <w:tcPr>
            <w:tcW w:type="dxa" w:w="3744"/>
            <w:vAlign w:val="center"/>
            <w:tcMar>
              <w:top w:w="42" w:type="dxa"/>
              <w:start w:w="65" w:type="dxa"/>
              <w:bottom w:w="42" w:type="dxa"/>
              <w:end w:w="65" w:type="dxa"/>
            </w:tcMar>
          </w:tcPr>
          <w:p>
            <w:pPr>
              <w:spacing w:after="0" w:before="0"/>
            </w:pPr>
            <w:r/>
            <w:r>
              <w:rPr>
                <w:rFonts w:ascii="Arial" w:hAnsi="Arial"/>
                <w:b w:val="0"/>
                <w:color w:val="282828"/>
                <w:sz w:val="17"/>
              </w:rPr>
            </w:r>
          </w:p>
        </w:tc>
      </w:tr>
      <w:tr>
        <w:tc>
          <w:tcPr>
            <w:tcW w:type="dxa" w:w="5040"/>
            <w:vAlign w:val="center"/>
            <w:tcMar>
              <w:top w:w="42" w:type="dxa"/>
              <w:start w:w="65" w:type="dxa"/>
              <w:bottom w:w="42" w:type="dxa"/>
              <w:end w:w="65" w:type="dxa"/>
            </w:tcMar>
          </w:tcPr>
          <w:p>
            <w:pPr>
              <w:spacing w:after="0" w:before="0"/>
            </w:pPr>
            <w:r/>
            <w:r>
              <w:rPr>
                <w:rFonts w:ascii="Arial" w:hAnsi="Arial"/>
                <w:b w:val="0"/>
                <w:color w:val="282828"/>
                <w:sz w:val="17"/>
              </w:rPr>
              <w:t>DVA card no: ______________________________</w:t>
            </w:r>
          </w:p>
        </w:tc>
        <w:tc>
          <w:tcPr>
            <w:tcW w:type="dxa" w:w="2160"/>
            <w:vAlign w:val="center"/>
            <w:tcMar>
              <w:top w:w="42" w:type="dxa"/>
              <w:start w:w="65" w:type="dxa"/>
              <w:bottom w:w="42" w:type="dxa"/>
              <w:end w:w="65" w:type="dxa"/>
            </w:tcMar>
          </w:tcPr>
          <w:p>
            <w:pPr>
              <w:spacing w:after="0" w:before="0"/>
            </w:pPr>
            <w:r/>
            <w:r>
              <w:rPr>
                <w:rFonts w:ascii="Arial" w:hAnsi="Arial"/>
                <w:b w:val="0"/>
                <w:color w:val="282828"/>
                <w:sz w:val="17"/>
              </w:rPr>
              <w:t>☐ Gold   ☐ White</w:t>
            </w:r>
          </w:p>
        </w:tc>
        <w:tc>
          <w:tcPr>
            <w:tcW w:type="dxa" w:w="3744"/>
            <w:vAlign w:val="center"/>
            <w:tcMar>
              <w:top w:w="42" w:type="dxa"/>
              <w:start w:w="65" w:type="dxa"/>
              <w:bottom w:w="42" w:type="dxa"/>
              <w:end w:w="65" w:type="dxa"/>
            </w:tcMar>
          </w:tcPr>
          <w:p>
            <w:pPr>
              <w:spacing w:after="0" w:before="0"/>
            </w:pPr>
            <w:r/>
            <w:r>
              <w:rPr>
                <w:rFonts w:ascii="Arial" w:hAnsi="Arial"/>
                <w:b w:val="0"/>
                <w:color w:val="282828"/>
                <w:sz w:val="17"/>
              </w:rPr>
              <w:t>Expiry: ____ / ______</w:t>
            </w:r>
          </w:p>
        </w:tc>
      </w:tr>
      <w:tr>
        <w:tc>
          <w:tcPr>
            <w:tcW w:type="dxa" w:w="5040"/>
            <w:vAlign w:val="center"/>
            <w:tcMar>
              <w:top w:w="42" w:type="dxa"/>
              <w:start w:w="65" w:type="dxa"/>
              <w:bottom w:w="42" w:type="dxa"/>
              <w:end w:w="65" w:type="dxa"/>
            </w:tcMar>
          </w:tcPr>
          <w:p>
            <w:pPr>
              <w:spacing w:after="0" w:before="0"/>
            </w:pPr>
            <w:r/>
            <w:r>
              <w:rPr>
                <w:rFonts w:ascii="Arial" w:hAnsi="Arial"/>
                <w:b w:val="0"/>
                <w:color w:val="282828"/>
                <w:sz w:val="17"/>
              </w:rPr>
              <w:t>Private health fund (optional): __________________________</w:t>
            </w:r>
          </w:p>
        </w:tc>
        <w:tc>
          <w:tcPr>
            <w:tcW w:type="dxa" w:w="2160"/>
            <w:vAlign w:val="center"/>
            <w:tcMar>
              <w:top w:w="42" w:type="dxa"/>
              <w:start w:w="65" w:type="dxa"/>
              <w:bottom w:w="42" w:type="dxa"/>
              <w:end w:w="65" w:type="dxa"/>
            </w:tcMar>
          </w:tcPr>
          <w:p>
            <w:pPr>
              <w:spacing w:after="0" w:before="0"/>
            </w:pPr>
            <w:r/>
            <w:r>
              <w:rPr>
                <w:rFonts w:ascii="Arial" w:hAnsi="Arial"/>
                <w:b w:val="0"/>
                <w:color w:val="282828"/>
                <w:sz w:val="17"/>
              </w:rPr>
              <w:t>Payer: ☐ Self  ☐ Other</w:t>
            </w:r>
          </w:p>
        </w:tc>
        <w:tc>
          <w:tcPr>
            <w:tcW w:type="dxa" w:w="3744"/>
            <w:vAlign w:val="center"/>
            <w:tcMar>
              <w:top w:w="42" w:type="dxa"/>
              <w:start w:w="65" w:type="dxa"/>
              <w:bottom w:w="42" w:type="dxa"/>
              <w:end w:w="65" w:type="dxa"/>
            </w:tcMar>
          </w:tcPr>
          <w:p>
            <w:pPr>
              <w:spacing w:after="0" w:before="0"/>
            </w:pPr>
            <w:r/>
            <w:r>
              <w:rPr>
                <w:rFonts w:ascii="Arial" w:hAnsi="Arial"/>
                <w:b w:val="0"/>
                <w:color w:val="282828"/>
                <w:sz w:val="17"/>
              </w:rPr>
              <w:t>Other payer name / DOB: __________________</w:t>
            </w:r>
          </w:p>
        </w:tc>
      </w:tr>
    </w:tbl>
    <w:p>
      <w:pPr>
        <w:spacing w:after="0"/>
      </w:pPr>
    </w:p>
    <w:tbl>
      <w:tblPr>
        <w:tblW w:type="auto" w:w="0"/>
        <w:jc w:val="center"/>
        <w:tblLook w:firstColumn="1" w:firstRow="1" w:lastColumn="0" w:lastRow="0" w:noHBand="0" w:noVBand="1" w:val="04A0"/>
        <w:tblBorders>
          <w:top w:val="single" w:sz="4" w:space="0" w:color="A7C4CF"/>
          <w:left w:val="single" w:sz="4" w:space="0" w:color="A7C4CF"/>
          <w:bottom w:val="single" w:sz="4" w:space="0" w:color="A7C4CF"/>
          <w:right w:val="single" w:sz="4" w:space="0" w:color="A7C4CF"/>
          <w:insideH w:val="single" w:sz="4" w:space="0" w:color="A7C4CF"/>
          <w:insideV w:val="single" w:sz="4" w:space="0" w:color="A7C4CF"/>
        </w:tblBorders>
      </w:tblPr>
      <w:tblGrid>
        <w:gridCol w:w="10656"/>
      </w:tblGrid>
      <w:tr>
        <w:tc>
          <w:tcPr>
            <w:tcW w:type="dxa" w:w="10656"/>
            <w:shd w:fill="EAF3F6"/>
            <w:vAlign w:val="center"/>
            <w:tcMar>
              <w:top w:w="42" w:type="dxa"/>
              <w:start w:w="65" w:type="dxa"/>
              <w:bottom w:w="42" w:type="dxa"/>
              <w:end w:w="65" w:type="dxa"/>
            </w:tcMar>
          </w:tcPr>
          <w:p>
            <w:pPr>
              <w:spacing w:after="0" w:before="0"/>
            </w:pPr>
            <w:r/>
            <w:r>
              <w:rPr>
                <w:rFonts w:ascii="Arial" w:hAnsi="Arial"/>
                <w:b/>
                <w:color w:val="1F4E79"/>
                <w:sz w:val="19"/>
              </w:rPr>
              <w:t>CONTACT DETAILS</w:t>
            </w:r>
          </w:p>
        </w:tc>
      </w:tr>
    </w:tbl>
    <w:p>
      <w:pPr>
        <w:spacing w:after="0" w:before="0"/>
      </w:pPr>
    </w:p>
    <w:tbl>
      <w:tblPr>
        <w:tblW w:type="auto" w:w="0"/>
        <w:jc w:val="center"/>
        <w:tblLayout w:type="fixed"/>
        <w:tblLook w:firstColumn="1" w:firstRow="1" w:lastColumn="0" w:lastRow="0" w:noHBand="0" w:noVBand="1" w:val="04A0"/>
        <w:tblBorders>
          <w:top w:val="single" w:sz="5" w:space="0" w:color="B9C7CE"/>
          <w:left w:val="single" w:sz="5" w:space="0" w:color="B9C7CE"/>
          <w:bottom w:val="single" w:sz="5" w:space="0" w:color="B9C7CE"/>
          <w:right w:val="single" w:sz="5" w:space="0" w:color="B9C7CE"/>
          <w:insideH w:val="single" w:sz="5" w:space="0" w:color="B9C7CE"/>
          <w:insideV w:val="single" w:sz="5" w:space="0" w:color="B9C7CE"/>
        </w:tblBorders>
      </w:tblPr>
      <w:tblGrid>
        <w:gridCol w:w="3552"/>
        <w:gridCol w:w="3552"/>
        <w:gridCol w:w="3552"/>
      </w:tblGrid>
      <w:tr>
        <w:tc>
          <w:tcPr>
            <w:tcW w:type="dxa" w:w="10656"/>
            <w:gridSpan w:val="3"/>
            <w:vAlign w:val="center"/>
            <w:tcMar>
              <w:top w:w="42" w:type="dxa"/>
              <w:start w:w="65" w:type="dxa"/>
              <w:bottom w:w="42" w:type="dxa"/>
              <w:end w:w="65" w:type="dxa"/>
            </w:tcMar>
          </w:tcPr>
          <w:p>
            <w:pPr>
              <w:spacing w:after="0" w:before="0"/>
            </w:pPr>
            <w:r/>
            <w:r>
              <w:rPr>
                <w:rFonts w:ascii="Arial" w:hAnsi="Arial"/>
                <w:b w:val="0"/>
                <w:color w:val="282828"/>
                <w:sz w:val="17"/>
              </w:rPr>
              <w:t>Residential address: ____________________________________________________________________________________________</w:t>
            </w:r>
          </w:p>
        </w:tc>
      </w:tr>
      <w:tr>
        <w:tc>
          <w:tcPr>
            <w:tcW w:type="dxa" w:w="10656"/>
            <w:gridSpan w:val="3"/>
            <w:vAlign w:val="center"/>
            <w:tcMar>
              <w:top w:w="42" w:type="dxa"/>
              <w:start w:w="65" w:type="dxa"/>
              <w:bottom w:w="42" w:type="dxa"/>
              <w:end w:w="65" w:type="dxa"/>
            </w:tcMar>
          </w:tcPr>
          <w:p>
            <w:pPr>
              <w:spacing w:after="0" w:before="0"/>
            </w:pPr>
            <w:r/>
            <w:r>
              <w:rPr>
                <w:rFonts w:ascii="Arial" w:hAnsi="Arial"/>
                <w:b w:val="0"/>
                <w:color w:val="282828"/>
                <w:sz w:val="17"/>
              </w:rPr>
              <w:t>Postal address (if different): __________________________________________________________________________________</w:t>
            </w:r>
          </w:p>
        </w:tc>
      </w:tr>
      <w:tr>
        <w:tc>
          <w:tcPr>
            <w:tcW w:type="dxa" w:w="3552"/>
            <w:vAlign w:val="center"/>
            <w:tcMar>
              <w:top w:w="42" w:type="dxa"/>
              <w:start w:w="65" w:type="dxa"/>
              <w:bottom w:w="42" w:type="dxa"/>
              <w:end w:w="65" w:type="dxa"/>
            </w:tcMar>
          </w:tcPr>
          <w:p>
            <w:pPr>
              <w:spacing w:after="0" w:before="0"/>
            </w:pPr>
            <w:r/>
            <w:r>
              <w:rPr>
                <w:rFonts w:ascii="Arial" w:hAnsi="Arial"/>
                <w:b w:val="0"/>
                <w:color w:val="282828"/>
                <w:sz w:val="17"/>
              </w:rPr>
              <w:t>Mobile: __________________________</w:t>
            </w:r>
          </w:p>
        </w:tc>
        <w:tc>
          <w:tcPr>
            <w:tcW w:type="dxa" w:w="3552"/>
            <w:vAlign w:val="center"/>
            <w:tcMar>
              <w:top w:w="42" w:type="dxa"/>
              <w:start w:w="65" w:type="dxa"/>
              <w:bottom w:w="42" w:type="dxa"/>
              <w:end w:w="65" w:type="dxa"/>
            </w:tcMar>
          </w:tcPr>
          <w:p>
            <w:pPr>
              <w:spacing w:after="0" w:before="0"/>
            </w:pPr>
            <w:r/>
            <w:r>
              <w:rPr>
                <w:rFonts w:ascii="Arial" w:hAnsi="Arial"/>
                <w:b w:val="0"/>
                <w:color w:val="282828"/>
                <w:sz w:val="17"/>
              </w:rPr>
              <w:t>Home / other phone: __________________________</w:t>
            </w:r>
          </w:p>
        </w:tc>
        <w:tc>
          <w:tcPr>
            <w:tcW w:type="dxa" w:w="3552"/>
            <w:vAlign w:val="center"/>
            <w:tcMar>
              <w:top w:w="42" w:type="dxa"/>
              <w:start w:w="65" w:type="dxa"/>
              <w:bottom w:w="42" w:type="dxa"/>
              <w:end w:w="65" w:type="dxa"/>
            </w:tcMar>
          </w:tcPr>
          <w:p>
            <w:pPr>
              <w:spacing w:after="0" w:before="0"/>
            </w:pPr>
            <w:r/>
            <w:r>
              <w:rPr>
                <w:rFonts w:ascii="Arial" w:hAnsi="Arial"/>
                <w:b w:val="0"/>
                <w:color w:val="282828"/>
                <w:sz w:val="17"/>
              </w:rPr>
              <w:t>Email: ________________________________________</w:t>
            </w:r>
          </w:p>
        </w:tc>
      </w:tr>
      <w:tr>
        <w:tc>
          <w:tcPr>
            <w:tcW w:type="dxa" w:w="7104"/>
            <w:gridSpan w:val="2"/>
            <w:vAlign w:val="center"/>
            <w:tcMar>
              <w:top w:w="42" w:type="dxa"/>
              <w:start w:w="65" w:type="dxa"/>
              <w:bottom w:w="42" w:type="dxa"/>
              <w:end w:w="65" w:type="dxa"/>
            </w:tcMar>
          </w:tcPr>
          <w:p>
            <w:pPr>
              <w:spacing w:after="0" w:before="0"/>
            </w:pPr>
            <w:r/>
            <w:r>
              <w:rPr>
                <w:rFonts w:ascii="Arial" w:hAnsi="Arial"/>
                <w:b w:val="0"/>
                <w:color w:val="282828"/>
                <w:sz w:val="17"/>
              </w:rPr>
              <w:t>Preferred contact: ☐ Mobile   ☐ Phone   ☐ Email      SMS appointment / healthcare reminders: ☐ Yes   ☐ No</w:t>
            </w:r>
          </w:p>
        </w:tc>
        <w:tc>
          <w:tcPr>
            <w:tcW w:type="dxa" w:w="3552"/>
            <w:vAlign w:val="center"/>
            <w:tcMar>
              <w:top w:w="42" w:type="dxa"/>
              <w:start w:w="65" w:type="dxa"/>
              <w:bottom w:w="42" w:type="dxa"/>
              <w:end w:w="65" w:type="dxa"/>
            </w:tcMar>
          </w:tcPr>
          <w:p>
            <w:pPr>
              <w:spacing w:after="0" w:before="0"/>
            </w:pPr>
            <w:r/>
            <w:r>
              <w:rPr>
                <w:rFonts w:ascii="Arial" w:hAnsi="Arial"/>
                <w:b w:val="0"/>
                <w:color w:val="282828"/>
                <w:sz w:val="17"/>
              </w:rPr>
            </w:r>
          </w:p>
        </w:tc>
      </w:tr>
    </w:tbl>
    <w:p>
      <w:pPr>
        <w:pStyle w:val="DMCSmall"/>
        <w:spacing w:after="20"/>
      </w:pPr>
      <w:r>
        <w:t>You can change your communication preferences at any time by telling reception or your doctor.</w:t>
      </w:r>
    </w:p>
    <w:tbl>
      <w:tblPr>
        <w:tblW w:type="auto" w:w="0"/>
        <w:jc w:val="center"/>
        <w:tblLook w:firstColumn="1" w:firstRow="1" w:lastColumn="0" w:lastRow="0" w:noHBand="0" w:noVBand="1" w:val="04A0"/>
        <w:tblBorders>
          <w:top w:val="single" w:sz="4" w:space="0" w:color="A7C4CF"/>
          <w:left w:val="single" w:sz="4" w:space="0" w:color="A7C4CF"/>
          <w:bottom w:val="single" w:sz="4" w:space="0" w:color="A7C4CF"/>
          <w:right w:val="single" w:sz="4" w:space="0" w:color="A7C4CF"/>
          <w:insideH w:val="single" w:sz="4" w:space="0" w:color="A7C4CF"/>
          <w:insideV w:val="single" w:sz="4" w:space="0" w:color="A7C4CF"/>
        </w:tblBorders>
      </w:tblPr>
      <w:tblGrid>
        <w:gridCol w:w="10656"/>
      </w:tblGrid>
      <w:tr>
        <w:tc>
          <w:tcPr>
            <w:tcW w:type="dxa" w:w="10656"/>
            <w:shd w:fill="EAF3F6"/>
            <w:vAlign w:val="center"/>
            <w:tcMar>
              <w:top w:w="42" w:type="dxa"/>
              <w:start w:w="65" w:type="dxa"/>
              <w:bottom w:w="42" w:type="dxa"/>
              <w:end w:w="65" w:type="dxa"/>
            </w:tcMar>
          </w:tcPr>
          <w:p>
            <w:pPr>
              <w:spacing w:after="0" w:before="0"/>
            </w:pPr>
            <w:r/>
            <w:r>
              <w:rPr>
                <w:rFonts w:ascii="Arial" w:hAnsi="Arial"/>
                <w:b/>
                <w:color w:val="1F4E79"/>
                <w:sz w:val="19"/>
              </w:rPr>
              <w:t>CULTURAL &amp; COMMUNICATION INFORMATION</w:t>
            </w:r>
          </w:p>
        </w:tc>
      </w:tr>
    </w:tbl>
    <w:p>
      <w:pPr>
        <w:spacing w:after="0" w:before="0"/>
      </w:pPr>
    </w:p>
    <w:tbl>
      <w:tblPr>
        <w:tblW w:type="auto" w:w="0"/>
        <w:jc w:val="center"/>
        <w:tblLayout w:type="fixed"/>
        <w:tblLook w:firstColumn="1" w:firstRow="1" w:lastColumn="0" w:lastRow="0" w:noHBand="0" w:noVBand="1" w:val="04A0"/>
        <w:tblBorders>
          <w:top w:val="single" w:sz="5" w:space="0" w:color="B9C7CE"/>
          <w:left w:val="single" w:sz="5" w:space="0" w:color="B9C7CE"/>
          <w:bottom w:val="single" w:sz="5" w:space="0" w:color="B9C7CE"/>
          <w:right w:val="single" w:sz="5" w:space="0" w:color="B9C7CE"/>
          <w:insideH w:val="single" w:sz="5" w:space="0" w:color="B9C7CE"/>
          <w:insideV w:val="single" w:sz="5" w:space="0" w:color="B9C7CE"/>
        </w:tblBorders>
      </w:tblPr>
      <w:tblGrid>
        <w:gridCol w:w="3552"/>
        <w:gridCol w:w="3552"/>
        <w:gridCol w:w="3552"/>
      </w:tblGrid>
      <w:tr>
        <w:tc>
          <w:tcPr>
            <w:tcW w:type="dxa" w:w="10656"/>
            <w:gridSpan w:val="3"/>
            <w:vAlign w:val="center"/>
            <w:tcMar>
              <w:top w:w="42" w:type="dxa"/>
              <w:start w:w="65" w:type="dxa"/>
              <w:bottom w:w="42" w:type="dxa"/>
              <w:end w:w="65" w:type="dxa"/>
            </w:tcMar>
          </w:tcPr>
          <w:p>
            <w:pPr>
              <w:spacing w:after="0" w:before="0"/>
            </w:pPr>
            <w:r/>
            <w:r>
              <w:rPr>
                <w:rFonts w:ascii="Arial" w:hAnsi="Arial"/>
                <w:b w:val="0"/>
                <w:color w:val="282828"/>
                <w:sz w:val="17"/>
              </w:rPr>
              <w:t>Are you of Aboriginal or Torres Strait Islander origin?  ☐ No   ☐ Aboriginal   ☐ Torres Strait Islander   ☐ Both   ☐ Prefer not to say</w:t>
            </w:r>
          </w:p>
        </w:tc>
      </w:tr>
      <w:tr>
        <w:tc>
          <w:tcPr>
            <w:tcW w:type="dxa" w:w="3552"/>
            <w:vAlign w:val="center"/>
            <w:tcMar>
              <w:top w:w="42" w:type="dxa"/>
              <w:start w:w="65" w:type="dxa"/>
              <w:bottom w:w="42" w:type="dxa"/>
              <w:end w:w="65" w:type="dxa"/>
            </w:tcMar>
          </w:tcPr>
          <w:p>
            <w:pPr>
              <w:spacing w:after="0" w:before="0"/>
            </w:pPr>
            <w:r/>
            <w:r>
              <w:rPr>
                <w:rFonts w:ascii="Arial" w:hAnsi="Arial"/>
                <w:b w:val="0"/>
                <w:color w:val="282828"/>
                <w:sz w:val="17"/>
              </w:rPr>
              <w:t>Country of birth: __________________________</w:t>
            </w:r>
          </w:p>
        </w:tc>
        <w:tc>
          <w:tcPr>
            <w:tcW w:type="dxa" w:w="3552"/>
            <w:vAlign w:val="center"/>
            <w:tcMar>
              <w:top w:w="42" w:type="dxa"/>
              <w:start w:w="65" w:type="dxa"/>
              <w:bottom w:w="42" w:type="dxa"/>
              <w:end w:w="65" w:type="dxa"/>
            </w:tcMar>
          </w:tcPr>
          <w:p>
            <w:pPr>
              <w:spacing w:after="0" w:before="0"/>
            </w:pPr>
            <w:r/>
            <w:r>
              <w:rPr>
                <w:rFonts w:ascii="Arial" w:hAnsi="Arial"/>
                <w:b w:val="0"/>
                <w:color w:val="282828"/>
                <w:sz w:val="17"/>
              </w:rPr>
              <w:t>Ethnicity / cultural background (optional): __________________________</w:t>
            </w:r>
          </w:p>
        </w:tc>
        <w:tc>
          <w:tcPr>
            <w:tcW w:type="dxa" w:w="3552"/>
            <w:vAlign w:val="center"/>
            <w:tcMar>
              <w:top w:w="42" w:type="dxa"/>
              <w:start w:w="65" w:type="dxa"/>
              <w:bottom w:w="42" w:type="dxa"/>
              <w:end w:w="65" w:type="dxa"/>
            </w:tcMar>
          </w:tcPr>
          <w:p>
            <w:pPr>
              <w:spacing w:after="0" w:before="0"/>
            </w:pPr>
            <w:r/>
            <w:r>
              <w:rPr>
                <w:rFonts w:ascii="Arial" w:hAnsi="Arial"/>
                <w:b w:val="0"/>
                <w:color w:val="282828"/>
                <w:sz w:val="17"/>
              </w:rPr>
              <w:t>Year arrived in Australia (if applicable): __________</w:t>
            </w:r>
          </w:p>
        </w:tc>
      </w:tr>
      <w:tr>
        <w:tc>
          <w:tcPr>
            <w:tcW w:type="dxa" w:w="3552"/>
            <w:vAlign w:val="center"/>
            <w:tcMar>
              <w:top w:w="42" w:type="dxa"/>
              <w:start w:w="65" w:type="dxa"/>
              <w:bottom w:w="42" w:type="dxa"/>
              <w:end w:w="65" w:type="dxa"/>
            </w:tcMar>
          </w:tcPr>
          <w:p>
            <w:pPr>
              <w:spacing w:after="0" w:before="0"/>
            </w:pPr>
            <w:r/>
            <w:r>
              <w:rPr>
                <w:rFonts w:ascii="Arial" w:hAnsi="Arial"/>
                <w:b w:val="0"/>
                <w:color w:val="282828"/>
                <w:sz w:val="17"/>
              </w:rPr>
              <w:t>Preferred language: ________________________</w:t>
            </w:r>
          </w:p>
        </w:tc>
        <w:tc>
          <w:tcPr>
            <w:tcW w:type="dxa" w:w="3552"/>
            <w:vAlign w:val="center"/>
            <w:tcMar>
              <w:top w:w="42" w:type="dxa"/>
              <w:start w:w="65" w:type="dxa"/>
              <w:bottom w:w="42" w:type="dxa"/>
              <w:end w:w="65" w:type="dxa"/>
            </w:tcMar>
          </w:tcPr>
          <w:p>
            <w:pPr>
              <w:spacing w:after="0" w:before="0"/>
            </w:pPr>
            <w:r/>
            <w:r>
              <w:rPr>
                <w:rFonts w:ascii="Arial" w:hAnsi="Arial"/>
                <w:b w:val="0"/>
                <w:color w:val="282828"/>
                <w:sz w:val="17"/>
              </w:rPr>
              <w:t>Interpreter required?  ☐ Yes  ☐ No</w:t>
            </w:r>
          </w:p>
        </w:tc>
        <w:tc>
          <w:tcPr>
            <w:tcW w:type="dxa" w:w="3552"/>
            <w:vAlign w:val="center"/>
            <w:tcMar>
              <w:top w:w="42" w:type="dxa"/>
              <w:start w:w="65" w:type="dxa"/>
              <w:bottom w:w="42" w:type="dxa"/>
              <w:end w:w="65" w:type="dxa"/>
            </w:tcMar>
          </w:tcPr>
          <w:p>
            <w:pPr>
              <w:spacing w:after="0" w:before="0"/>
            </w:pPr>
            <w:r/>
            <w:r>
              <w:rPr>
                <w:rFonts w:ascii="Arial" w:hAnsi="Arial"/>
                <w:b w:val="0"/>
                <w:color w:val="282828"/>
                <w:sz w:val="17"/>
              </w:rPr>
              <w:t>Other communication needs: __________________________</w:t>
            </w:r>
          </w:p>
        </w:tc>
      </w:tr>
    </w:tbl>
    <w:p>
      <w:r>
        <w:br w:type="page"/>
      </w:r>
    </w:p>
    <w:tbl>
      <w:tblPr>
        <w:tblW w:type="auto" w:w="0"/>
        <w:jc w:val="center"/>
        <w:tblLook w:firstColumn="1" w:firstRow="1" w:lastColumn="0" w:lastRow="0" w:noHBand="0" w:noVBand="1" w:val="04A0"/>
        <w:tblBorders>
          <w:top w:val="single" w:sz="4" w:space="0" w:color="A7C4CF"/>
          <w:left w:val="single" w:sz="4" w:space="0" w:color="A7C4CF"/>
          <w:bottom w:val="single" w:sz="4" w:space="0" w:color="A7C4CF"/>
          <w:right w:val="single" w:sz="4" w:space="0" w:color="A7C4CF"/>
          <w:insideH w:val="single" w:sz="4" w:space="0" w:color="A7C4CF"/>
          <w:insideV w:val="single" w:sz="4" w:space="0" w:color="A7C4CF"/>
        </w:tblBorders>
      </w:tblPr>
      <w:tblGrid>
        <w:gridCol w:w="10656"/>
      </w:tblGrid>
      <w:tr>
        <w:tc>
          <w:tcPr>
            <w:tcW w:type="dxa" w:w="10656"/>
            <w:shd w:fill="EAF3F6"/>
            <w:vAlign w:val="center"/>
            <w:tcMar>
              <w:top w:w="42" w:type="dxa"/>
              <w:start w:w="65" w:type="dxa"/>
              <w:bottom w:w="42" w:type="dxa"/>
              <w:end w:w="65" w:type="dxa"/>
            </w:tcMar>
          </w:tcPr>
          <w:p>
            <w:pPr>
              <w:spacing w:after="0" w:before="0"/>
            </w:pPr>
            <w:r/>
            <w:r>
              <w:rPr>
                <w:rFonts w:ascii="Arial" w:hAnsi="Arial"/>
                <w:b/>
                <w:color w:val="1F4E79"/>
                <w:sz w:val="19"/>
              </w:rPr>
              <w:t>ALLERGIES &amp; ADVERSE REACTIONS</w:t>
            </w:r>
          </w:p>
        </w:tc>
      </w:tr>
    </w:tbl>
    <w:p>
      <w:pPr>
        <w:spacing w:after="0" w:before="0"/>
      </w:pPr>
    </w:p>
    <w:tbl>
      <w:tblPr>
        <w:tblW w:type="auto" w:w="0"/>
        <w:jc w:val="center"/>
        <w:tblLook w:firstColumn="1" w:firstRow="1" w:lastColumn="0" w:lastRow="0" w:noHBand="0" w:noVBand="1" w:val="04A0"/>
        <w:tblBorders>
          <w:top w:val="single" w:sz="6" w:space="0" w:color="D1A0A0"/>
          <w:left w:val="single" w:sz="6" w:space="0" w:color="D1A0A0"/>
          <w:bottom w:val="single" w:sz="6" w:space="0" w:color="D1A0A0"/>
          <w:right w:val="single" w:sz="6" w:space="0" w:color="D1A0A0"/>
          <w:insideH w:val="single" w:sz="6" w:space="0" w:color="D1A0A0"/>
          <w:insideV w:val="single" w:sz="6" w:space="0" w:color="D1A0A0"/>
        </w:tblBorders>
      </w:tblPr>
      <w:tblGrid>
        <w:gridCol w:w="10656"/>
      </w:tblGrid>
      <w:tr>
        <w:tc>
          <w:tcPr>
            <w:tcW w:type="dxa" w:w="10656"/>
            <w:shd w:fill="FFF1F1"/>
            <w:vAlign w:val="center"/>
            <w:tcMar>
              <w:top w:w="42" w:type="dxa"/>
              <w:start w:w="65" w:type="dxa"/>
              <w:bottom w:w="42" w:type="dxa"/>
              <w:end w:w="65" w:type="dxa"/>
            </w:tcMar>
          </w:tcPr>
          <w:p>
            <w:pPr>
              <w:spacing w:after="0" w:before="0"/>
            </w:pPr>
            <w:r/>
            <w:r>
              <w:rPr>
                <w:rFonts w:ascii="Arial" w:hAnsi="Arial"/>
                <w:b/>
                <w:color w:val="282828"/>
                <w:sz w:val="18"/>
              </w:rPr>
              <w:t>Do you have any medication, food, latex or other allergies / adverse reactions?   ☐ NO KNOWN ALLERGIES   ☐ YES</w:t>
            </w:r>
          </w:p>
        </w:tc>
      </w:tr>
      <w:tr>
        <w:tc>
          <w:tcPr>
            <w:tcW w:type="dxa" w:w="10656"/>
            <w:vAlign w:val="center"/>
            <w:tcMar>
              <w:top w:w="42" w:type="dxa"/>
              <w:start w:w="65" w:type="dxa"/>
              <w:bottom w:w="42" w:type="dxa"/>
              <w:end w:w="65" w:type="dxa"/>
            </w:tcMar>
          </w:tcPr>
          <w:p>
            <w:pPr>
              <w:spacing w:after="0" w:before="0"/>
            </w:pPr>
            <w:r/>
            <w:r>
              <w:rPr>
                <w:rFonts w:ascii="Arial" w:hAnsi="Arial"/>
                <w:b w:val="0"/>
                <w:color w:val="282828"/>
                <w:sz w:val="17"/>
              </w:rPr>
              <w:t>Allergen / medicine: __________________________________________   Reaction: _________________________________________________</w:t>
            </w:r>
          </w:p>
        </w:tc>
      </w:tr>
      <w:tr>
        <w:tc>
          <w:tcPr>
            <w:tcW w:type="dxa" w:w="10656"/>
            <w:vAlign w:val="center"/>
            <w:tcMar>
              <w:top w:w="42" w:type="dxa"/>
              <w:start w:w="65" w:type="dxa"/>
              <w:bottom w:w="42" w:type="dxa"/>
              <w:end w:w="65" w:type="dxa"/>
            </w:tcMar>
          </w:tcPr>
          <w:p>
            <w:pPr>
              <w:spacing w:after="0" w:before="0"/>
            </w:pPr>
            <w:r/>
            <w:r>
              <w:rPr>
                <w:rFonts w:ascii="Arial" w:hAnsi="Arial"/>
                <w:b w:val="0"/>
                <w:color w:val="282828"/>
                <w:sz w:val="17"/>
              </w:rPr>
              <w:t>Additional allergies / reactions: ________________________________________________________________________________________</w:t>
            </w:r>
          </w:p>
        </w:tc>
      </w:tr>
    </w:tbl>
    <w:p>
      <w:pPr>
        <w:pStyle w:val="DMCSmall"/>
        <w:spacing w:after="20"/>
      </w:pPr>
      <w:r>
        <w:rPr>
          <w:b/>
        </w:rPr>
        <w:t>Please tell your GP or nurse about any allergy or adverse reaction, even if it is already recorded elsewhere.</w:t>
      </w:r>
    </w:p>
    <w:tbl>
      <w:tblPr>
        <w:tblW w:type="auto" w:w="0"/>
        <w:jc w:val="center"/>
        <w:tblLook w:firstColumn="1" w:firstRow="1" w:lastColumn="0" w:lastRow="0" w:noHBand="0" w:noVBand="1" w:val="04A0"/>
        <w:tblBorders>
          <w:top w:val="single" w:sz="4" w:space="0" w:color="A7C4CF"/>
          <w:left w:val="single" w:sz="4" w:space="0" w:color="A7C4CF"/>
          <w:bottom w:val="single" w:sz="4" w:space="0" w:color="A7C4CF"/>
          <w:right w:val="single" w:sz="4" w:space="0" w:color="A7C4CF"/>
          <w:insideH w:val="single" w:sz="4" w:space="0" w:color="A7C4CF"/>
          <w:insideV w:val="single" w:sz="4" w:space="0" w:color="A7C4CF"/>
        </w:tblBorders>
      </w:tblPr>
      <w:tblGrid>
        <w:gridCol w:w="10656"/>
      </w:tblGrid>
      <w:tr>
        <w:tc>
          <w:tcPr>
            <w:tcW w:type="dxa" w:w="10656"/>
            <w:shd w:fill="EAF3F6"/>
            <w:vAlign w:val="center"/>
            <w:tcMar>
              <w:top w:w="42" w:type="dxa"/>
              <w:start w:w="65" w:type="dxa"/>
              <w:bottom w:w="42" w:type="dxa"/>
              <w:end w:w="65" w:type="dxa"/>
            </w:tcMar>
          </w:tcPr>
          <w:p>
            <w:pPr>
              <w:spacing w:after="0" w:before="0"/>
            </w:pPr>
            <w:r/>
            <w:r>
              <w:rPr>
                <w:rFonts w:ascii="Arial" w:hAnsi="Arial"/>
                <w:b/>
                <w:color w:val="1F4E79"/>
                <w:sz w:val="19"/>
              </w:rPr>
              <w:t>NEXT OF KIN &amp; EMERGENCY CONTACT</w:t>
            </w:r>
          </w:p>
        </w:tc>
      </w:tr>
    </w:tbl>
    <w:p>
      <w:pPr>
        <w:spacing w:after="0" w:before="0"/>
      </w:pPr>
    </w:p>
    <w:tbl>
      <w:tblPr>
        <w:tblW w:type="auto" w:w="0"/>
        <w:jc w:val="center"/>
        <w:tblLayout w:type="fixed"/>
        <w:tblLook w:firstColumn="1" w:firstRow="1" w:lastColumn="0" w:lastRow="0" w:noHBand="0" w:noVBand="1" w:val="04A0"/>
        <w:tblBorders>
          <w:top w:val="single" w:sz="5" w:space="0" w:color="B9C7CE"/>
          <w:left w:val="single" w:sz="5" w:space="0" w:color="B9C7CE"/>
          <w:bottom w:val="single" w:sz="5" w:space="0" w:color="B9C7CE"/>
          <w:right w:val="single" w:sz="5" w:space="0" w:color="B9C7CE"/>
          <w:insideH w:val="single" w:sz="5" w:space="0" w:color="B9C7CE"/>
          <w:insideV w:val="single" w:sz="5" w:space="0" w:color="B9C7CE"/>
        </w:tblBorders>
      </w:tblPr>
      <w:tblGrid>
        <w:gridCol w:w="3552"/>
        <w:gridCol w:w="3552"/>
        <w:gridCol w:w="3552"/>
      </w:tblGrid>
      <w:tr>
        <w:tc>
          <w:tcPr>
            <w:tcW w:type="dxa" w:w="4464"/>
            <w:vAlign w:val="center"/>
            <w:tcMar>
              <w:top w:w="42" w:type="dxa"/>
              <w:start w:w="65" w:type="dxa"/>
              <w:bottom w:w="42" w:type="dxa"/>
              <w:end w:w="65" w:type="dxa"/>
            </w:tcMar>
          </w:tcPr>
          <w:p>
            <w:pPr>
              <w:spacing w:after="0" w:before="0"/>
            </w:pPr>
            <w:r/>
            <w:r>
              <w:rPr>
                <w:rFonts w:ascii="Arial" w:hAnsi="Arial"/>
                <w:b w:val="0"/>
                <w:color w:val="282828"/>
                <w:sz w:val="17"/>
              </w:rPr>
              <w:t>Next of kin: __________________________________</w:t>
            </w:r>
          </w:p>
        </w:tc>
        <w:tc>
          <w:tcPr>
            <w:tcW w:type="dxa" w:w="3024"/>
            <w:vAlign w:val="center"/>
            <w:tcMar>
              <w:top w:w="42" w:type="dxa"/>
              <w:start w:w="65" w:type="dxa"/>
              <w:bottom w:w="42" w:type="dxa"/>
              <w:end w:w="65" w:type="dxa"/>
            </w:tcMar>
          </w:tcPr>
          <w:p>
            <w:pPr>
              <w:spacing w:after="0" w:before="0"/>
            </w:pPr>
            <w:r/>
            <w:r>
              <w:rPr>
                <w:rFonts w:ascii="Arial" w:hAnsi="Arial"/>
                <w:b w:val="0"/>
                <w:color w:val="282828"/>
                <w:sz w:val="17"/>
              </w:rPr>
              <w:t>Relationship: __________________________</w:t>
            </w:r>
          </w:p>
        </w:tc>
        <w:tc>
          <w:tcPr>
            <w:tcW w:type="dxa" w:w="3024"/>
            <w:vAlign w:val="center"/>
            <w:tcMar>
              <w:top w:w="42" w:type="dxa"/>
              <w:start w:w="65" w:type="dxa"/>
              <w:bottom w:w="42" w:type="dxa"/>
              <w:end w:w="65" w:type="dxa"/>
            </w:tcMar>
          </w:tcPr>
          <w:p>
            <w:pPr>
              <w:spacing w:after="0" w:before="0"/>
            </w:pPr>
            <w:r/>
            <w:r>
              <w:rPr>
                <w:rFonts w:ascii="Arial" w:hAnsi="Arial"/>
                <w:b w:val="0"/>
                <w:color w:val="282828"/>
                <w:sz w:val="17"/>
              </w:rPr>
              <w:t>Phone: __________________________</w:t>
            </w:r>
          </w:p>
        </w:tc>
      </w:tr>
      <w:tr>
        <w:tc>
          <w:tcPr>
            <w:tcW w:type="dxa" w:w="4464"/>
            <w:vAlign w:val="center"/>
            <w:tcMar>
              <w:top w:w="42" w:type="dxa"/>
              <w:start w:w="65" w:type="dxa"/>
              <w:bottom w:w="42" w:type="dxa"/>
              <w:end w:w="65" w:type="dxa"/>
            </w:tcMar>
          </w:tcPr>
          <w:p>
            <w:pPr>
              <w:spacing w:after="0" w:before="0"/>
            </w:pPr>
            <w:r/>
            <w:r>
              <w:rPr>
                <w:rFonts w:ascii="Arial" w:hAnsi="Arial"/>
                <w:b w:val="0"/>
                <w:color w:val="282828"/>
                <w:sz w:val="17"/>
              </w:rPr>
              <w:t>Emergency contact (if different): __________________________</w:t>
            </w:r>
          </w:p>
        </w:tc>
        <w:tc>
          <w:tcPr>
            <w:tcW w:type="dxa" w:w="3024"/>
            <w:vAlign w:val="center"/>
            <w:tcMar>
              <w:top w:w="42" w:type="dxa"/>
              <w:start w:w="65" w:type="dxa"/>
              <w:bottom w:w="42" w:type="dxa"/>
              <w:end w:w="65" w:type="dxa"/>
            </w:tcMar>
          </w:tcPr>
          <w:p>
            <w:pPr>
              <w:spacing w:after="0" w:before="0"/>
            </w:pPr>
            <w:r/>
            <w:r>
              <w:rPr>
                <w:rFonts w:ascii="Arial" w:hAnsi="Arial"/>
                <w:b w:val="0"/>
                <w:color w:val="282828"/>
                <w:sz w:val="17"/>
              </w:rPr>
              <w:t>Relationship: __________________________</w:t>
            </w:r>
          </w:p>
        </w:tc>
        <w:tc>
          <w:tcPr>
            <w:tcW w:type="dxa" w:w="3024"/>
            <w:vAlign w:val="center"/>
            <w:tcMar>
              <w:top w:w="42" w:type="dxa"/>
              <w:start w:w="65" w:type="dxa"/>
              <w:bottom w:w="42" w:type="dxa"/>
              <w:end w:w="65" w:type="dxa"/>
            </w:tcMar>
          </w:tcPr>
          <w:p>
            <w:pPr>
              <w:spacing w:after="0" w:before="0"/>
            </w:pPr>
            <w:r/>
            <w:r>
              <w:rPr>
                <w:rFonts w:ascii="Arial" w:hAnsi="Arial"/>
                <w:b w:val="0"/>
                <w:color w:val="282828"/>
                <w:sz w:val="17"/>
              </w:rPr>
              <w:t>Phone: __________________________</w:t>
            </w:r>
          </w:p>
        </w:tc>
      </w:tr>
    </w:tbl>
    <w:p>
      <w:pPr>
        <w:spacing w:after="0"/>
      </w:pPr>
    </w:p>
    <w:tbl>
      <w:tblPr>
        <w:tblW w:type="auto" w:w="0"/>
        <w:jc w:val="center"/>
        <w:tblLook w:firstColumn="1" w:firstRow="1" w:lastColumn="0" w:lastRow="0" w:noHBand="0" w:noVBand="1" w:val="04A0"/>
        <w:tblBorders>
          <w:top w:val="single" w:sz="4" w:space="0" w:color="A7C4CF"/>
          <w:left w:val="single" w:sz="4" w:space="0" w:color="A7C4CF"/>
          <w:bottom w:val="single" w:sz="4" w:space="0" w:color="A7C4CF"/>
          <w:right w:val="single" w:sz="4" w:space="0" w:color="A7C4CF"/>
          <w:insideH w:val="single" w:sz="4" w:space="0" w:color="A7C4CF"/>
          <w:insideV w:val="single" w:sz="4" w:space="0" w:color="A7C4CF"/>
        </w:tblBorders>
      </w:tblPr>
      <w:tblGrid>
        <w:gridCol w:w="10656"/>
      </w:tblGrid>
      <w:tr>
        <w:tc>
          <w:tcPr>
            <w:tcW w:type="dxa" w:w="10656"/>
            <w:shd w:fill="EAF3F6"/>
            <w:vAlign w:val="center"/>
            <w:tcMar>
              <w:top w:w="42" w:type="dxa"/>
              <w:start w:w="65" w:type="dxa"/>
              <w:bottom w:w="42" w:type="dxa"/>
              <w:end w:w="65" w:type="dxa"/>
            </w:tcMar>
          </w:tcPr>
          <w:p>
            <w:pPr>
              <w:spacing w:after="0" w:before="0"/>
            </w:pPr>
            <w:r/>
            <w:r>
              <w:rPr>
                <w:rFonts w:ascii="Arial" w:hAnsi="Arial"/>
                <w:b/>
                <w:color w:val="1F4E79"/>
                <w:sz w:val="19"/>
              </w:rPr>
              <w:t>OTHER INFORMATION</w:t>
            </w:r>
          </w:p>
        </w:tc>
      </w:tr>
    </w:tbl>
    <w:p>
      <w:pPr>
        <w:spacing w:after="0" w:before="0"/>
      </w:pPr>
    </w:p>
    <w:tbl>
      <w:tblPr>
        <w:tblW w:type="auto" w:w="0"/>
        <w:jc w:val="center"/>
        <w:tblLayout w:type="fixed"/>
        <w:tblLook w:firstColumn="1" w:firstRow="1" w:lastColumn="0" w:lastRow="0" w:noHBand="0" w:noVBand="1" w:val="04A0"/>
        <w:tblBorders>
          <w:top w:val="single" w:sz="5" w:space="0" w:color="B9C7CE"/>
          <w:left w:val="single" w:sz="5" w:space="0" w:color="B9C7CE"/>
          <w:bottom w:val="single" w:sz="5" w:space="0" w:color="B9C7CE"/>
          <w:right w:val="single" w:sz="5" w:space="0" w:color="B9C7CE"/>
          <w:insideH w:val="single" w:sz="5" w:space="0" w:color="B9C7CE"/>
          <w:insideV w:val="single" w:sz="5" w:space="0" w:color="B9C7CE"/>
        </w:tblBorders>
      </w:tblPr>
      <w:tblGrid>
        <w:gridCol w:w="5328"/>
        <w:gridCol w:w="5328"/>
      </w:tblGrid>
      <w:tr>
        <w:tc>
          <w:tcPr>
            <w:tcW w:type="dxa" w:w="5184"/>
            <w:vAlign w:val="center"/>
            <w:tcMar>
              <w:top w:w="42" w:type="dxa"/>
              <w:start w:w="65" w:type="dxa"/>
              <w:bottom w:w="42" w:type="dxa"/>
              <w:end w:w="65" w:type="dxa"/>
            </w:tcMar>
          </w:tcPr>
          <w:p>
            <w:pPr>
              <w:spacing w:after="0" w:before="0"/>
            </w:pPr>
            <w:r/>
            <w:r>
              <w:rPr>
                <w:rFonts w:ascii="Arial" w:hAnsi="Arial"/>
                <w:b w:val="0"/>
                <w:color w:val="282828"/>
                <w:sz w:val="17"/>
              </w:rPr>
              <w:t>Occupation: __________________________________________</w:t>
            </w:r>
          </w:p>
        </w:tc>
        <w:tc>
          <w:tcPr>
            <w:tcW w:type="dxa" w:w="5184"/>
            <w:vAlign w:val="center"/>
            <w:tcMar>
              <w:top w:w="42" w:type="dxa"/>
              <w:start w:w="65" w:type="dxa"/>
              <w:bottom w:w="42" w:type="dxa"/>
              <w:end w:w="65" w:type="dxa"/>
            </w:tcMar>
          </w:tcPr>
          <w:p>
            <w:pPr>
              <w:spacing w:after="0" w:before="0"/>
            </w:pPr>
            <w:r/>
            <w:r>
              <w:rPr>
                <w:rFonts w:ascii="Arial" w:hAnsi="Arial"/>
                <w:b w:val="0"/>
                <w:color w:val="282828"/>
                <w:sz w:val="17"/>
              </w:rPr>
              <w:t>Marital / relationship status (optional): __________________________</w:t>
            </w:r>
          </w:p>
        </w:tc>
      </w:tr>
      <w:tr>
        <w:tc>
          <w:tcPr>
            <w:tcW w:type="dxa" w:w="5184"/>
            <w:vAlign w:val="center"/>
            <w:tcMar>
              <w:top w:w="42" w:type="dxa"/>
              <w:start w:w="65" w:type="dxa"/>
              <w:bottom w:w="42" w:type="dxa"/>
              <w:end w:w="65" w:type="dxa"/>
            </w:tcMar>
          </w:tcPr>
          <w:p>
            <w:pPr>
              <w:spacing w:after="0" w:before="0"/>
            </w:pPr>
            <w:r/>
            <w:r>
              <w:rPr>
                <w:rFonts w:ascii="Arial" w:hAnsi="Arial"/>
                <w:b w:val="0"/>
                <w:color w:val="282828"/>
                <w:sz w:val="17"/>
              </w:rPr>
              <w:t>Usual GP / previous practice: ______________________________________________</w:t>
            </w:r>
          </w:p>
        </w:tc>
        <w:tc>
          <w:tcPr>
            <w:tcW w:type="dxa" w:w="5184"/>
            <w:vAlign w:val="center"/>
            <w:tcMar>
              <w:top w:w="42" w:type="dxa"/>
              <w:start w:w="65" w:type="dxa"/>
              <w:bottom w:w="42" w:type="dxa"/>
              <w:end w:w="65" w:type="dxa"/>
            </w:tcMar>
          </w:tcPr>
          <w:p>
            <w:pPr>
              <w:spacing w:after="0" w:before="0"/>
            </w:pPr>
            <w:r/>
            <w:r>
              <w:rPr>
                <w:rFonts w:ascii="Arial" w:hAnsi="Arial"/>
                <w:b w:val="0"/>
                <w:color w:val="282828"/>
                <w:sz w:val="17"/>
              </w:rPr>
              <w:t>May we request relevant records?  ☐ Yes  ☐ No</w:t>
            </w:r>
          </w:p>
        </w:tc>
      </w:tr>
    </w:tbl>
    <w:p>
      <w:pPr>
        <w:spacing w:after="40"/>
      </w:pPr>
      <w:r>
        <w:rPr>
          <w:rFonts w:ascii="Arial" w:hAnsi="Arial"/>
          <w:sz w:val="14"/>
        </w:rPr>
        <w:t>Staff use only: Identity checked ☐   Type: __________________  No: __________________  Initials: ________   Entered by: ________</w:t>
      </w:r>
    </w:p>
    <w:p>
      <w:pPr>
        <w:pStyle w:val="DMCTitle"/>
        <w:spacing w:before="120"/>
        <w:jc w:val="center"/>
      </w:pPr>
      <w:r>
        <w:t>PRIVACY, INFORMATION USE &amp; CONSENT</w:t>
      </w:r>
    </w:p>
    <w:p>
      <w:pPr>
        <w:spacing w:after="80"/>
        <w:jc w:val="center"/>
      </w:pPr>
      <w:r>
        <w:rPr>
          <w:rFonts w:ascii="Arial" w:hAnsi="Arial"/>
          <w:i/>
          <w:sz w:val="15"/>
        </w:rPr>
        <w:t>This summary reflects Denmark Medical Centre’s Privacy Policy current as of 1 July 2026.</w:t>
      </w:r>
    </w:p>
    <w:tbl>
      <w:tblPr>
        <w:tblW w:type="auto" w:w="0"/>
        <w:jc w:val="center"/>
        <w:tblLook w:firstColumn="1" w:firstRow="1" w:lastColumn="0" w:lastRow="0" w:noHBand="0" w:noVBand="1" w:val="04A0"/>
        <w:tblBorders>
          <w:top w:val="single" w:sz="4" w:space="0" w:color="A7C4CF"/>
          <w:left w:val="single" w:sz="4" w:space="0" w:color="A7C4CF"/>
          <w:bottom w:val="single" w:sz="4" w:space="0" w:color="A7C4CF"/>
          <w:right w:val="single" w:sz="4" w:space="0" w:color="A7C4CF"/>
          <w:insideH w:val="single" w:sz="4" w:space="0" w:color="A7C4CF"/>
          <w:insideV w:val="single" w:sz="4" w:space="0" w:color="A7C4CF"/>
        </w:tblBorders>
      </w:tblPr>
      <w:tblGrid>
        <w:gridCol w:w="10656"/>
      </w:tblGrid>
      <w:tr>
        <w:tc>
          <w:tcPr>
            <w:tcW w:type="dxa" w:w="10656"/>
            <w:shd w:fill="EAF3F6"/>
            <w:vAlign w:val="center"/>
            <w:tcMar>
              <w:top w:w="42" w:type="dxa"/>
              <w:start w:w="65" w:type="dxa"/>
              <w:bottom w:w="42" w:type="dxa"/>
              <w:end w:w="65" w:type="dxa"/>
            </w:tcMar>
          </w:tcPr>
          <w:p>
            <w:pPr>
              <w:spacing w:after="0" w:before="0"/>
            </w:pPr>
            <w:r/>
            <w:r>
              <w:rPr>
                <w:rFonts w:ascii="Arial" w:hAnsi="Arial"/>
                <w:b/>
                <w:color w:val="1F4E79"/>
                <w:sz w:val="19"/>
              </w:rPr>
              <w:t>WHY WE COLLECT YOUR INFORMATION</w:t>
            </w:r>
          </w:p>
        </w:tc>
      </w:tr>
    </w:tbl>
    <w:p>
      <w:pPr>
        <w:spacing w:after="0" w:before="0"/>
      </w:pPr>
    </w:p>
    <w:p>
      <w:pPr>
        <w:spacing w:after="40"/>
      </w:pPr>
      <w:r>
        <w:t>We collect personal and health information so we can provide safe, high-quality healthcare and operate the practice. This includes maintaining your medical record, referrals, prescriptions, pathology and imaging, appointment management, billing and Medicare/DVA/health fund claims, quality improvement, accreditation, clinical governance, legal obligations and the secure operation of our clinical systems.</w:t>
      </w:r>
    </w:p>
    <w:tbl>
      <w:tblPr>
        <w:tblW w:type="auto" w:w="0"/>
        <w:jc w:val="center"/>
        <w:tblLook w:firstColumn="1" w:firstRow="1" w:lastColumn="0" w:lastRow="0" w:noHBand="0" w:noVBand="1" w:val="04A0"/>
        <w:tblBorders>
          <w:top w:val="single" w:sz="4" w:space="0" w:color="A7C4CF"/>
          <w:left w:val="single" w:sz="4" w:space="0" w:color="A7C4CF"/>
          <w:bottom w:val="single" w:sz="4" w:space="0" w:color="A7C4CF"/>
          <w:right w:val="single" w:sz="4" w:space="0" w:color="A7C4CF"/>
          <w:insideH w:val="single" w:sz="4" w:space="0" w:color="A7C4CF"/>
          <w:insideV w:val="single" w:sz="4" w:space="0" w:color="A7C4CF"/>
        </w:tblBorders>
      </w:tblPr>
      <w:tblGrid>
        <w:gridCol w:w="10656"/>
      </w:tblGrid>
      <w:tr>
        <w:tc>
          <w:tcPr>
            <w:tcW w:type="dxa" w:w="10656"/>
            <w:shd w:fill="EAF3F6"/>
            <w:vAlign w:val="center"/>
            <w:tcMar>
              <w:top w:w="42" w:type="dxa"/>
              <w:start w:w="65" w:type="dxa"/>
              <w:bottom w:w="42" w:type="dxa"/>
              <w:end w:w="65" w:type="dxa"/>
            </w:tcMar>
          </w:tcPr>
          <w:p>
            <w:pPr>
              <w:spacing w:after="0" w:before="0"/>
            </w:pPr>
            <w:r/>
            <w:r>
              <w:rPr>
                <w:rFonts w:ascii="Arial" w:hAnsi="Arial"/>
                <w:b/>
                <w:color w:val="1F4E79"/>
                <w:sz w:val="19"/>
              </w:rPr>
              <w:t>HOW YOUR INFORMATION MAY BE COLLECTED, USED AND DISCLOSED</w:t>
            </w:r>
          </w:p>
        </w:tc>
      </w:tr>
    </w:tbl>
    <w:p>
      <w:pPr>
        <w:spacing w:after="0" w:before="0"/>
      </w:pPr>
    </w:p>
    <w:p>
      <w:pPr>
        <w:spacing w:after="20"/>
        <w:ind w:left="230" w:hanging="158"/>
      </w:pPr>
      <w:r>
        <w:rPr>
          <w:b/>
        </w:rPr>
        <w:t xml:space="preserve">• </w:t>
      </w:r>
      <w:r>
        <w:t>Information may be collected from you, your authorised representative, healthcare providers, hospitals, pathology and imaging providers, Medicare/DVA, My Health Record (where authorised), online booking systems, SMS, email and other systems used in your care.</w:t>
      </w:r>
    </w:p>
    <w:p>
      <w:pPr>
        <w:spacing w:after="20"/>
        <w:ind w:left="230" w:hanging="158"/>
      </w:pPr>
      <w:r>
        <w:rPr>
          <w:b/>
        </w:rPr>
        <w:t xml:space="preserve">• </w:t>
      </w:r>
      <w:r>
        <w:t>Relevant information may be shared with healthcare providers involved in your care, pharmacies, pathology and imaging providers, hospitals, Medicare, DVA, health funds, government bodies where required by law, professional advisers, insurers, accreditation bodies and contracted service providers supporting the practice.</w:t>
      </w:r>
    </w:p>
    <w:p>
      <w:pPr>
        <w:spacing w:after="20"/>
        <w:ind w:left="230" w:hanging="158"/>
      </w:pPr>
      <w:r>
        <w:rPr>
          <w:b/>
        </w:rPr>
        <w:t xml:space="preserve">• </w:t>
      </w:r>
      <w:r>
        <w:t>Only authorised people who need access to perform their duties are permitted to access patient records.</w:t>
      </w:r>
    </w:p>
    <w:p>
      <w:pPr>
        <w:spacing w:after="20"/>
        <w:ind w:left="230" w:hanging="158"/>
      </w:pPr>
      <w:r>
        <w:rPr>
          <w:b/>
        </w:rPr>
        <w:t xml:space="preserve">• </w:t>
      </w:r>
      <w:r>
        <w:t>We use secure electronic, cloud-based and appropriately governed AI-assisted systems for administrative and operational functions. Third-party providers must maintain confidentiality and appropriate security controls and are not permitted to use patient information to train publicly available AI models.</w:t>
      </w:r>
    </w:p>
    <w:p>
      <w:pPr>
        <w:spacing w:after="20"/>
        <w:ind w:left="230" w:hanging="158"/>
      </w:pPr>
      <w:r>
        <w:rPr>
          <w:b/>
        </w:rPr>
        <w:t xml:space="preserve">• </w:t>
      </w:r>
      <w:r>
        <w:t>Where possible, information is stored and processed in Australia. Overseas processing will only occur where permitted by privacy law and appropriate safeguards apply.</w:t>
      </w:r>
    </w:p>
    <w:p>
      <w:pPr>
        <w:spacing w:after="20"/>
        <w:ind w:left="230" w:hanging="158"/>
      </w:pPr>
      <w:r>
        <w:rPr>
          <w:b/>
        </w:rPr>
        <w:t xml:space="preserve">• </w:t>
      </w:r>
      <w:r>
        <w:t>We do not use your personal information for direct marketing without your consent. Appointment reminders and communications about your ongoing healthcare are not treated as direct marketing.</w:t>
      </w:r>
    </w:p>
    <w:tbl>
      <w:tblPr>
        <w:tblW w:type="auto" w:w="0"/>
        <w:jc w:val="center"/>
        <w:tblLook w:firstColumn="1" w:firstRow="1" w:lastColumn="0" w:lastRow="0" w:noHBand="0" w:noVBand="1" w:val="04A0"/>
        <w:tblBorders>
          <w:top w:val="single" w:sz="4" w:space="0" w:color="A7C4CF"/>
          <w:left w:val="single" w:sz="4" w:space="0" w:color="A7C4CF"/>
          <w:bottom w:val="single" w:sz="4" w:space="0" w:color="A7C4CF"/>
          <w:right w:val="single" w:sz="4" w:space="0" w:color="A7C4CF"/>
          <w:insideH w:val="single" w:sz="4" w:space="0" w:color="A7C4CF"/>
          <w:insideV w:val="single" w:sz="4" w:space="0" w:color="A7C4CF"/>
        </w:tblBorders>
      </w:tblPr>
      <w:tblGrid>
        <w:gridCol w:w="10656"/>
      </w:tblGrid>
      <w:tr>
        <w:tc>
          <w:tcPr>
            <w:tcW w:type="dxa" w:w="10656"/>
            <w:shd w:fill="EAF3F6"/>
            <w:vAlign w:val="center"/>
            <w:tcMar>
              <w:top w:w="42" w:type="dxa"/>
              <w:start w:w="65" w:type="dxa"/>
              <w:bottom w:w="42" w:type="dxa"/>
              <w:end w:w="65" w:type="dxa"/>
            </w:tcMar>
          </w:tcPr>
          <w:p>
            <w:pPr>
              <w:spacing w:after="0" w:before="0"/>
            </w:pPr>
            <w:r/>
            <w:r>
              <w:rPr>
                <w:rFonts w:ascii="Arial" w:hAnsi="Arial"/>
                <w:b/>
                <w:color w:val="1F4E79"/>
                <w:sz w:val="19"/>
              </w:rPr>
              <w:t>YOUR CHOICES AND RIGHTS</w:t>
            </w:r>
          </w:p>
        </w:tc>
      </w:tr>
    </w:tbl>
    <w:p>
      <w:pPr>
        <w:spacing w:after="0" w:before="0"/>
      </w:pPr>
    </w:p>
    <w:p>
      <w:pPr>
        <w:spacing w:after="40"/>
      </w:pPr>
      <w:r>
        <w:t>Where lawful and practicable, you may interact with the practice anonymously or using a pseudonym, although accurate identification is usually necessary for safe healthcare. You may request access to, or correction of, your personal information. You can also tell us about any limits you wish to place on use or disclosure; however, this may affect our ability to provide some services.</w:t>
      </w:r>
    </w:p>
    <w:tbl>
      <w:tblPr>
        <w:tblW w:type="auto" w:w="0"/>
        <w:jc w:val="center"/>
        <w:tblLook w:firstColumn="1" w:firstRow="1" w:lastColumn="0" w:lastRow="0" w:noHBand="0" w:noVBand="1" w:val="04A0"/>
        <w:tblBorders>
          <w:top w:val="single" w:sz="4" w:space="0" w:color="A7C4CF"/>
          <w:left w:val="single" w:sz="4" w:space="0" w:color="A7C4CF"/>
          <w:bottom w:val="single" w:sz="4" w:space="0" w:color="A7C4CF"/>
          <w:right w:val="single" w:sz="4" w:space="0" w:color="A7C4CF"/>
          <w:insideH w:val="single" w:sz="4" w:space="0" w:color="A7C4CF"/>
          <w:insideV w:val="single" w:sz="4" w:space="0" w:color="A7C4CF"/>
        </w:tblBorders>
      </w:tblPr>
      <w:tblGrid>
        <w:gridCol w:w="10656"/>
      </w:tblGrid>
      <w:tr>
        <w:tc>
          <w:tcPr>
            <w:tcW w:type="dxa" w:w="10656"/>
            <w:shd w:fill="EAF3F6"/>
            <w:vAlign w:val="center"/>
            <w:tcMar>
              <w:top w:w="42" w:type="dxa"/>
              <w:start w:w="65" w:type="dxa"/>
              <w:bottom w:w="42" w:type="dxa"/>
              <w:end w:w="65" w:type="dxa"/>
            </w:tcMar>
          </w:tcPr>
          <w:p>
            <w:pPr>
              <w:spacing w:after="0" w:before="0"/>
            </w:pPr>
            <w:r/>
            <w:r>
              <w:rPr>
                <w:rFonts w:ascii="Arial" w:hAnsi="Arial"/>
                <w:b/>
                <w:color w:val="1F4E79"/>
                <w:sz w:val="19"/>
              </w:rPr>
              <w:t>PRIVACY ENQUIRIES AND COMPLAINTS</w:t>
            </w:r>
          </w:p>
        </w:tc>
      </w:tr>
    </w:tbl>
    <w:p>
      <w:pPr>
        <w:spacing w:after="0" w:before="0"/>
      </w:pPr>
    </w:p>
    <w:p>
      <w:pPr>
        <w:spacing w:after="40"/>
      </w:pPr>
      <w:r>
        <w:t>For access, correction or privacy concerns, contact the Practice Manager at Denmark Medical Centre, Unit 3/3 Mount Shadforth Road, Denmark WA 6333, or email admin@denmarkmedicalcentre.com.au. The full current Privacy Policy is available on the Denmark Medical Centre website or from reception.</w:t>
      </w:r>
    </w:p>
    <w:tbl>
      <w:tblPr>
        <w:tblW w:type="auto" w:w="0"/>
        <w:jc w:val="center"/>
        <w:tblLook w:firstColumn="1" w:firstRow="1" w:lastColumn="0" w:lastRow="0" w:noHBand="0" w:noVBand="1" w:val="04A0"/>
        <w:tblBorders>
          <w:top w:val="single" w:sz="4" w:space="0" w:color="A7C4CF"/>
          <w:left w:val="single" w:sz="4" w:space="0" w:color="A7C4CF"/>
          <w:bottom w:val="single" w:sz="4" w:space="0" w:color="A7C4CF"/>
          <w:right w:val="single" w:sz="4" w:space="0" w:color="A7C4CF"/>
          <w:insideH w:val="single" w:sz="4" w:space="0" w:color="A7C4CF"/>
          <w:insideV w:val="single" w:sz="4" w:space="0" w:color="A7C4CF"/>
        </w:tblBorders>
      </w:tblPr>
      <w:tblGrid>
        <w:gridCol w:w="10656"/>
      </w:tblGrid>
      <w:tr>
        <w:tc>
          <w:tcPr>
            <w:tcW w:type="dxa" w:w="10656"/>
            <w:shd w:fill="EAF3F6"/>
            <w:vAlign w:val="center"/>
            <w:tcMar>
              <w:top w:w="42" w:type="dxa"/>
              <w:start w:w="65" w:type="dxa"/>
              <w:bottom w:w="42" w:type="dxa"/>
              <w:end w:w="65" w:type="dxa"/>
            </w:tcMar>
          </w:tcPr>
          <w:p>
            <w:pPr>
              <w:spacing w:after="0" w:before="0"/>
            </w:pPr>
            <w:r/>
            <w:r>
              <w:rPr>
                <w:rFonts w:ascii="Arial" w:hAnsi="Arial"/>
                <w:b/>
                <w:color w:val="1F4E79"/>
                <w:sz w:val="19"/>
              </w:rPr>
              <w:t>PATIENT CONSENT &amp; ACKNOWLEDGEMENT</w:t>
            </w:r>
          </w:p>
        </w:tc>
      </w:tr>
    </w:tbl>
    <w:p>
      <w:pPr>
        <w:spacing w:after="0" w:before="0"/>
      </w:pPr>
    </w:p>
    <w:tbl>
      <w:tblPr>
        <w:tblW w:type="auto" w:w="0"/>
        <w:jc w:val="center"/>
        <w:tblLayout w:type="fixed"/>
        <w:tblLook w:firstColumn="1" w:firstRow="1" w:lastColumn="0" w:lastRow="0" w:noHBand="0" w:noVBand="1" w:val="04A0"/>
        <w:tblBorders>
          <w:top w:val="single" w:sz="4" w:space="0" w:color="C8D3D8"/>
          <w:left w:val="single" w:sz="4" w:space="0" w:color="C8D3D8"/>
          <w:bottom w:val="single" w:sz="4" w:space="0" w:color="C8D3D8"/>
          <w:right w:val="single" w:sz="4" w:space="0" w:color="C8D3D8"/>
          <w:insideH w:val="single" w:sz="4" w:space="0" w:color="C8D3D8"/>
          <w:insideV w:val="single" w:sz="4" w:space="0" w:color="C8D3D8"/>
        </w:tblBorders>
      </w:tblPr>
      <w:tblGrid>
        <w:gridCol w:w="5328"/>
        <w:gridCol w:w="5328"/>
      </w:tblGrid>
      <w:tr>
        <w:tc>
          <w:tcPr>
            <w:tcW w:type="dxa" w:w="504"/>
            <w:vAlign w:val="center"/>
            <w:tcMar>
              <w:top w:w="42" w:type="dxa"/>
              <w:start w:w="65" w:type="dxa"/>
              <w:bottom w:w="42" w:type="dxa"/>
              <w:end w:w="65" w:type="dxa"/>
            </w:tcMar>
            <w:shd w:fill="F7FAFB"/>
          </w:tcPr>
          <w:p>
            <w:pPr>
              <w:spacing w:after="0" w:before="0"/>
              <w:jc w:val="center"/>
            </w:pPr>
            <w:r/>
            <w:r>
              <w:rPr>
                <w:rFonts w:ascii="Arial" w:hAnsi="Arial"/>
                <w:b/>
                <w:color w:val="282828"/>
                <w:sz w:val="20"/>
              </w:rPr>
              <w:t>☐</w:t>
            </w:r>
          </w:p>
        </w:tc>
        <w:tc>
          <w:tcPr>
            <w:tcW w:type="dxa" w:w="10080"/>
            <w:vAlign w:val="center"/>
            <w:tcMar>
              <w:top w:w="42" w:type="dxa"/>
              <w:start w:w="65" w:type="dxa"/>
              <w:bottom w:w="42" w:type="dxa"/>
              <w:end w:w="65" w:type="dxa"/>
            </w:tcMar>
            <w:shd w:fill="F7FAFB"/>
          </w:tcPr>
          <w:p>
            <w:pPr>
              <w:spacing w:after="0" w:before="0"/>
            </w:pPr>
            <w:r/>
            <w:r>
              <w:rPr>
                <w:rFonts w:ascii="Arial" w:hAnsi="Arial"/>
                <w:b w:val="0"/>
                <w:color w:val="282828"/>
                <w:sz w:val="16"/>
              </w:rPr>
              <w:t>I have read and understood the privacy and information-use summary above and understand that the full Privacy Policy is available to me.</w:t>
            </w:r>
          </w:p>
        </w:tc>
      </w:tr>
      <w:tr>
        <w:tc>
          <w:tcPr>
            <w:tcW w:type="dxa" w:w="504"/>
            <w:vAlign w:val="center"/>
            <w:tcMar>
              <w:top w:w="42" w:type="dxa"/>
              <w:start w:w="65" w:type="dxa"/>
              <w:bottom w:w="42" w:type="dxa"/>
              <w:end w:w="65" w:type="dxa"/>
            </w:tcMar>
          </w:tcPr>
          <w:p>
            <w:pPr>
              <w:spacing w:after="0" w:before="0"/>
              <w:jc w:val="center"/>
            </w:pPr>
            <w:r/>
            <w:r>
              <w:rPr>
                <w:rFonts w:ascii="Arial" w:hAnsi="Arial"/>
                <w:b/>
                <w:color w:val="282828"/>
                <w:sz w:val="20"/>
              </w:rPr>
              <w:t>☐</w:t>
            </w:r>
          </w:p>
        </w:tc>
        <w:tc>
          <w:tcPr>
            <w:tcW w:type="dxa" w:w="10080"/>
            <w:vAlign w:val="center"/>
            <w:tcMar>
              <w:top w:w="42" w:type="dxa"/>
              <w:start w:w="65" w:type="dxa"/>
              <w:bottom w:w="42" w:type="dxa"/>
              <w:end w:w="65" w:type="dxa"/>
            </w:tcMar>
          </w:tcPr>
          <w:p>
            <w:pPr>
              <w:spacing w:after="0" w:before="0"/>
            </w:pPr>
            <w:r/>
            <w:r>
              <w:rPr>
                <w:rFonts w:ascii="Arial" w:hAnsi="Arial"/>
                <w:b w:val="0"/>
                <w:color w:val="282828"/>
                <w:sz w:val="16"/>
              </w:rPr>
              <w:t>I consent to Denmark Medical Centre collecting, using and disclosing my personal and health information for providing healthcare to me and for purposes directly related to operating the practice, as described above and in the Privacy Policy.</w:t>
            </w:r>
          </w:p>
        </w:tc>
      </w:tr>
      <w:tr>
        <w:tc>
          <w:tcPr>
            <w:tcW w:type="dxa" w:w="504"/>
            <w:vAlign w:val="center"/>
            <w:tcMar>
              <w:top w:w="42" w:type="dxa"/>
              <w:start w:w="65" w:type="dxa"/>
              <w:bottom w:w="42" w:type="dxa"/>
              <w:end w:w="65" w:type="dxa"/>
            </w:tcMar>
            <w:shd w:fill="F7FAFB"/>
          </w:tcPr>
          <w:p>
            <w:pPr>
              <w:spacing w:after="0" w:before="0"/>
              <w:jc w:val="center"/>
            </w:pPr>
            <w:r/>
            <w:r>
              <w:rPr>
                <w:rFonts w:ascii="Arial" w:hAnsi="Arial"/>
                <w:b/>
                <w:color w:val="282828"/>
                <w:sz w:val="20"/>
              </w:rPr>
              <w:t>☐</w:t>
            </w:r>
          </w:p>
        </w:tc>
        <w:tc>
          <w:tcPr>
            <w:tcW w:type="dxa" w:w="10080"/>
            <w:vAlign w:val="center"/>
            <w:tcMar>
              <w:top w:w="42" w:type="dxa"/>
              <w:start w:w="65" w:type="dxa"/>
              <w:bottom w:w="42" w:type="dxa"/>
              <w:end w:w="65" w:type="dxa"/>
            </w:tcMar>
            <w:shd w:fill="F7FAFB"/>
          </w:tcPr>
          <w:p>
            <w:pPr>
              <w:spacing w:after="0" w:before="0"/>
            </w:pPr>
            <w:r/>
            <w:r>
              <w:rPr>
                <w:rFonts w:ascii="Arial" w:hAnsi="Arial"/>
                <w:b w:val="0"/>
                <w:color w:val="282828"/>
                <w:sz w:val="16"/>
              </w:rPr>
              <w:t>I understand that information may be shared with other healthcare providers and service providers where reasonably necessary for my care or practice operations, or where required or authorised by law.</w:t>
            </w:r>
          </w:p>
        </w:tc>
      </w:tr>
      <w:tr>
        <w:tc>
          <w:tcPr>
            <w:tcW w:type="dxa" w:w="504"/>
            <w:vAlign w:val="center"/>
            <w:tcMar>
              <w:top w:w="42" w:type="dxa"/>
              <w:start w:w="65" w:type="dxa"/>
              <w:bottom w:w="42" w:type="dxa"/>
              <w:end w:w="65" w:type="dxa"/>
            </w:tcMar>
          </w:tcPr>
          <w:p>
            <w:pPr>
              <w:spacing w:after="0" w:before="0"/>
              <w:jc w:val="center"/>
            </w:pPr>
            <w:r/>
            <w:r>
              <w:rPr>
                <w:rFonts w:ascii="Arial" w:hAnsi="Arial"/>
                <w:b/>
                <w:color w:val="282828"/>
                <w:sz w:val="20"/>
              </w:rPr>
              <w:t>☐</w:t>
            </w:r>
          </w:p>
        </w:tc>
        <w:tc>
          <w:tcPr>
            <w:tcW w:type="dxa" w:w="10080"/>
            <w:vAlign w:val="center"/>
            <w:tcMar>
              <w:top w:w="42" w:type="dxa"/>
              <w:start w:w="65" w:type="dxa"/>
              <w:bottom w:w="42" w:type="dxa"/>
              <w:end w:w="65" w:type="dxa"/>
            </w:tcMar>
          </w:tcPr>
          <w:p>
            <w:pPr>
              <w:spacing w:after="0" w:before="0"/>
            </w:pPr>
            <w:r/>
            <w:r>
              <w:rPr>
                <w:rFonts w:ascii="Arial" w:hAnsi="Arial"/>
                <w:b w:val="0"/>
                <w:color w:val="282828"/>
                <w:sz w:val="16"/>
              </w:rPr>
              <w:t>I understand that I may request access to or correction of my information, and may raise privacy concerns with the Practice Manager.</w:t>
            </w:r>
          </w:p>
        </w:tc>
      </w:tr>
      <w:tr>
        <w:tc>
          <w:tcPr>
            <w:tcW w:type="dxa" w:w="504"/>
            <w:vAlign w:val="center"/>
            <w:tcMar>
              <w:top w:w="42" w:type="dxa"/>
              <w:start w:w="65" w:type="dxa"/>
              <w:bottom w:w="42" w:type="dxa"/>
              <w:end w:w="65" w:type="dxa"/>
            </w:tcMar>
            <w:shd w:fill="F7FAFB"/>
          </w:tcPr>
          <w:p>
            <w:pPr>
              <w:spacing w:after="0" w:before="0"/>
              <w:jc w:val="center"/>
            </w:pPr>
            <w:r/>
            <w:r>
              <w:rPr>
                <w:rFonts w:ascii="Arial" w:hAnsi="Arial"/>
                <w:b/>
                <w:color w:val="282828"/>
                <w:sz w:val="20"/>
              </w:rPr>
              <w:t>☐</w:t>
            </w:r>
          </w:p>
        </w:tc>
        <w:tc>
          <w:tcPr>
            <w:tcW w:type="dxa" w:w="10080"/>
            <w:vAlign w:val="center"/>
            <w:tcMar>
              <w:top w:w="42" w:type="dxa"/>
              <w:start w:w="65" w:type="dxa"/>
              <w:bottom w:w="42" w:type="dxa"/>
              <w:end w:w="65" w:type="dxa"/>
            </w:tcMar>
            <w:shd w:fill="F7FAFB"/>
          </w:tcPr>
          <w:p>
            <w:pPr>
              <w:spacing w:after="0" w:before="0"/>
            </w:pPr>
            <w:r/>
            <w:r>
              <w:rPr>
                <w:rFonts w:ascii="Arial" w:hAnsi="Arial"/>
                <w:b w:val="0"/>
                <w:color w:val="282828"/>
                <w:sz w:val="16"/>
              </w:rPr>
              <w:t>I understand that if Denmark Medical Centre wishes to use or disclose my information for a purpose not directly related to my healthcare, further consent will be sought unless otherwise authorised or required by law.</w:t>
            </w:r>
          </w:p>
        </w:tc>
      </w:tr>
    </w:tbl>
    <w:p>
      <w:pPr>
        <w:spacing w:after="0"/>
      </w:pPr>
    </w:p>
    <w:tbl>
      <w:tblPr>
        <w:tblW w:type="auto" w:w="0"/>
        <w:jc w:val="center"/>
        <w:tblLook w:firstColumn="1" w:firstRow="1" w:lastColumn="0" w:lastRow="0" w:noHBand="0" w:noVBand="1" w:val="04A0"/>
        <w:tblBorders>
          <w:top w:val="single" w:sz="4" w:space="0" w:color="A7C4CF"/>
          <w:left w:val="single" w:sz="4" w:space="0" w:color="A7C4CF"/>
          <w:bottom w:val="single" w:sz="4" w:space="0" w:color="A7C4CF"/>
          <w:right w:val="single" w:sz="4" w:space="0" w:color="A7C4CF"/>
          <w:insideH w:val="single" w:sz="4" w:space="0" w:color="A7C4CF"/>
          <w:insideV w:val="single" w:sz="4" w:space="0" w:color="A7C4CF"/>
        </w:tblBorders>
      </w:tblPr>
      <w:tblGrid>
        <w:gridCol w:w="10656"/>
      </w:tblGrid>
      <w:tr>
        <w:tc>
          <w:tcPr>
            <w:tcW w:type="dxa" w:w="10656"/>
            <w:shd w:fill="EAF3F6"/>
            <w:vAlign w:val="center"/>
            <w:tcMar>
              <w:top w:w="42" w:type="dxa"/>
              <w:start w:w="65" w:type="dxa"/>
              <w:bottom w:w="42" w:type="dxa"/>
              <w:end w:w="65" w:type="dxa"/>
            </w:tcMar>
          </w:tcPr>
          <w:p>
            <w:pPr>
              <w:spacing w:after="0" w:before="0"/>
            </w:pPr>
            <w:r/>
            <w:r>
              <w:rPr>
                <w:rFonts w:ascii="Arial" w:hAnsi="Arial"/>
                <w:b/>
                <w:color w:val="1F4E79"/>
                <w:sz w:val="19"/>
              </w:rPr>
              <w:t>OPTIONAL COMMUNICATION PREFERENCES</w:t>
            </w:r>
          </w:p>
        </w:tc>
      </w:tr>
    </w:tbl>
    <w:p>
      <w:pPr>
        <w:spacing w:after="0" w:before="0"/>
      </w:pPr>
    </w:p>
    <w:tbl>
      <w:tblPr>
        <w:tblW w:type="auto" w:w="0"/>
        <w:jc w:val="center"/>
        <w:tblLayout w:type="fixed"/>
        <w:tblLook w:firstColumn="1" w:firstRow="1" w:lastColumn="0" w:lastRow="0" w:noHBand="0" w:noVBand="1" w:val="04A0"/>
        <w:tblBorders>
          <w:top w:val="single" w:sz="5" w:space="0" w:color="B9C7CE"/>
          <w:left w:val="single" w:sz="5" w:space="0" w:color="B9C7CE"/>
          <w:bottom w:val="single" w:sz="5" w:space="0" w:color="B9C7CE"/>
          <w:right w:val="single" w:sz="5" w:space="0" w:color="B9C7CE"/>
          <w:insideH w:val="single" w:sz="5" w:space="0" w:color="B9C7CE"/>
          <w:insideV w:val="single" w:sz="5" w:space="0" w:color="B9C7CE"/>
        </w:tblBorders>
      </w:tblPr>
      <w:tblGrid>
        <w:gridCol w:w="5328"/>
        <w:gridCol w:w="5328"/>
      </w:tblGrid>
      <w:tr>
        <w:tc>
          <w:tcPr>
            <w:tcW w:type="dxa" w:w="5328"/>
            <w:vAlign w:val="center"/>
            <w:tcMar>
              <w:top w:w="42" w:type="dxa"/>
              <w:start w:w="65" w:type="dxa"/>
              <w:bottom w:w="42" w:type="dxa"/>
              <w:end w:w="65" w:type="dxa"/>
            </w:tcMar>
          </w:tcPr>
          <w:p>
            <w:pPr>
              <w:spacing w:after="0" w:before="0"/>
            </w:pPr>
            <w:r/>
            <w:r>
              <w:rPr>
                <w:rFonts w:ascii="Arial" w:hAnsi="Arial"/>
                <w:b w:val="0"/>
                <w:color w:val="282828"/>
                <w:sz w:val="16"/>
              </w:rPr>
              <w:t>Healthcare reminders by SMS / phone / email</w:t>
            </w:r>
          </w:p>
        </w:tc>
        <w:tc>
          <w:tcPr>
            <w:tcW w:type="dxa" w:w="5328"/>
            <w:vAlign w:val="center"/>
            <w:tcMar>
              <w:top w:w="42" w:type="dxa"/>
              <w:start w:w="65" w:type="dxa"/>
              <w:bottom w:w="42" w:type="dxa"/>
              <w:end w:w="65" w:type="dxa"/>
            </w:tcMar>
          </w:tcPr>
          <w:p>
            <w:pPr>
              <w:spacing w:after="0" w:before="0"/>
              <w:jc w:val="center"/>
            </w:pPr>
            <w:r/>
            <w:r>
              <w:rPr>
                <w:rFonts w:ascii="Arial" w:hAnsi="Arial"/>
                <w:b w:val="0"/>
                <w:color w:val="282828"/>
                <w:sz w:val="16"/>
              </w:rPr>
              <w:t>☐ Yes   ☐ No</w:t>
            </w:r>
          </w:p>
        </w:tc>
      </w:tr>
      <w:tr>
        <w:tc>
          <w:tcPr>
            <w:tcW w:type="dxa" w:w="5328"/>
            <w:vAlign w:val="center"/>
            <w:tcMar>
              <w:top w:w="42" w:type="dxa"/>
              <w:start w:w="65" w:type="dxa"/>
              <w:bottom w:w="42" w:type="dxa"/>
              <w:end w:w="65" w:type="dxa"/>
            </w:tcMar>
          </w:tcPr>
          <w:p>
            <w:pPr>
              <w:spacing w:after="0" w:before="0"/>
            </w:pPr>
            <w:r/>
            <w:r>
              <w:rPr>
                <w:rFonts w:ascii="Arial" w:hAnsi="Arial"/>
                <w:b w:val="0"/>
                <w:color w:val="282828"/>
                <w:sz w:val="16"/>
              </w:rPr>
              <w:t>Practice news or service information not directly related to my care</w:t>
            </w:r>
          </w:p>
        </w:tc>
        <w:tc>
          <w:tcPr>
            <w:tcW w:type="dxa" w:w="5328"/>
            <w:vAlign w:val="center"/>
            <w:tcMar>
              <w:top w:w="42" w:type="dxa"/>
              <w:start w:w="65" w:type="dxa"/>
              <w:bottom w:w="42" w:type="dxa"/>
              <w:end w:w="65" w:type="dxa"/>
            </w:tcMar>
          </w:tcPr>
          <w:p>
            <w:pPr>
              <w:spacing w:after="0" w:before="0"/>
              <w:jc w:val="center"/>
            </w:pPr>
            <w:r/>
            <w:r>
              <w:rPr>
                <w:rFonts w:ascii="Arial" w:hAnsi="Arial"/>
                <w:b w:val="0"/>
                <w:color w:val="282828"/>
                <w:sz w:val="16"/>
              </w:rPr>
              <w:t>☐ Yes   ☐ No</w:t>
            </w:r>
          </w:p>
        </w:tc>
      </w:tr>
    </w:tbl>
    <w:p>
      <w:pPr>
        <w:spacing w:before="60" w:after="20"/>
      </w:pPr>
      <w:r>
        <w:rPr>
          <w:b/>
        </w:rPr>
        <w:t xml:space="preserve">Patient / guardian name: </w:t>
      </w:r>
      <w:r>
        <w:t xml:space="preserve">__________________________________________    </w:t>
      </w:r>
      <w:r>
        <w:rPr>
          <w:b/>
        </w:rPr>
        <w:t xml:space="preserve">Date: </w:t>
      </w:r>
      <w:r>
        <w:t>____ / ____ / ______</w:t>
      </w:r>
    </w:p>
    <w:p>
      <w:pPr>
        <w:spacing w:after="20"/>
      </w:pPr>
      <w:r>
        <w:rPr>
          <w:b/>
        </w:rPr>
        <w:t xml:space="preserve">Signature: </w:t>
      </w:r>
      <w:r>
        <w:t>______________________________________________________________</w:t>
      </w:r>
    </w:p>
    <w:p>
      <w:pPr>
        <w:spacing w:after="20"/>
      </w:pPr>
      <w:r>
        <w:rPr>
          <w:b/>
        </w:rPr>
        <w:t xml:space="preserve">Parent / guardian / authorised representative - relationship to patient: </w:t>
      </w:r>
      <w:r>
        <w:t>________________________</w:t>
      </w:r>
    </w:p>
    <w:p>
      <w:pPr>
        <w:pStyle w:val="DMCSmall"/>
        <w:jc w:val="center"/>
      </w:pPr>
      <w:r>
        <w:t>Please return the completed form to reception. Thank you.</w:t>
      </w:r>
    </w:p>
    <w:sectPr w:rsidR="00FC693F" w:rsidRPr="0006063C" w:rsidSect="00034616">
      <w:footerReference w:type="default" r:id="rId9"/>
      <w:pgSz w:w="12240" w:h="15840"/>
      <w:pgMar w:top="605" w:right="792" w:bottom="605"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5A5A"/>
        <w:sz w:val="13"/>
      </w:rPr>
      <w:t xml:space="preserve">Denmark Medical Centre • New Patient Form • Updated August 2026 • Page </w:t>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30"/>
    </w:pPr>
    <w:rPr>
      <w:rFonts w:ascii="Arial" w:hAnsi="Arial"/>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MCTitle">
    <w:name w:val="DMC Title"/>
    <w:pPr>
      <w:spacing w:before="20" w:after="40"/>
    </w:pPr>
    <w:rPr>
      <w:rFonts w:ascii="Arial" w:hAnsi="Arial"/>
      <w:b/>
      <w:color w:val="1F4E79"/>
      <w:sz w:val="31"/>
    </w:rPr>
  </w:style>
  <w:style w:type="paragraph" w:customStyle="1" w:styleId="DMCSubtitle">
    <w:name w:val="DMC Subtitle"/>
    <w:pPr>
      <w:spacing w:before="20" w:after="40"/>
    </w:pPr>
    <w:rPr>
      <w:rFonts w:ascii="Arial" w:hAnsi="Arial"/>
      <w:b w:val="0"/>
      <w:color w:val="282828"/>
      <w:sz w:val="19"/>
    </w:rPr>
  </w:style>
  <w:style w:type="paragraph" w:customStyle="1" w:styleId="DMCSection">
    <w:name w:val="DMC Section"/>
    <w:pPr>
      <w:spacing w:before="20" w:after="40"/>
    </w:pPr>
    <w:rPr>
      <w:rFonts w:ascii="Arial" w:hAnsi="Arial"/>
      <w:b/>
      <w:color w:val="1F4E79"/>
      <w:sz w:val="20"/>
    </w:rPr>
  </w:style>
  <w:style w:type="paragraph" w:customStyle="1" w:styleId="DMCSmall">
    <w:name w:val="DMC Small"/>
    <w:pPr>
      <w:spacing w:before="20" w:after="40"/>
    </w:pPr>
    <w:rPr>
      <w:rFonts w:ascii="Arial" w:hAnsi="Arial"/>
      <w:b w:val="0"/>
      <w:color w:val="282828"/>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